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71C4C" w14:textId="512037AC" w:rsidR="00D81DCE" w:rsidRPr="00EE1C51" w:rsidRDefault="00EA334C">
      <w:pPr>
        <w:pStyle w:val="berschrift1"/>
        <w:rPr>
          <w:rFonts w:ascii="Calibri Light" w:hAnsi="Calibri Light" w:cs="Calibri Light"/>
          <w:b/>
          <w:bCs/>
          <w:sz w:val="36"/>
          <w:szCs w:val="36"/>
          <w:lang w:val="de-DE"/>
        </w:rPr>
      </w:pPr>
      <w:r w:rsidRPr="00EE1C51">
        <w:rPr>
          <w:rFonts w:ascii="Calibri Light" w:hAnsi="Calibri Light" w:cs="Calibri Light"/>
          <w:b/>
          <w:bCs/>
          <w:sz w:val="36"/>
          <w:szCs w:val="36"/>
          <w:lang w:val="de-DE"/>
        </w:rPr>
        <w:t>Richtlinie</w:t>
      </w:r>
      <w:r w:rsidR="00926495" w:rsidRPr="00EE1C51">
        <w:rPr>
          <w:rFonts w:ascii="Calibri Light" w:hAnsi="Calibri Light" w:cs="Calibri Light"/>
          <w:b/>
          <w:bCs/>
          <w:sz w:val="36"/>
          <w:szCs w:val="36"/>
          <w:lang w:val="de-DE"/>
        </w:rPr>
        <w:t xml:space="preserve"> für </w:t>
      </w:r>
      <w:r w:rsidRPr="00EE1C51">
        <w:rPr>
          <w:rFonts w:ascii="Calibri Light" w:hAnsi="Calibri Light" w:cs="Calibri Light"/>
          <w:b/>
          <w:bCs/>
          <w:sz w:val="36"/>
          <w:szCs w:val="36"/>
          <w:lang w:val="de-DE"/>
        </w:rPr>
        <w:t>Lieferanten</w:t>
      </w:r>
      <w:r w:rsidR="00926495" w:rsidRPr="00EE1C51">
        <w:rPr>
          <w:rFonts w:ascii="Calibri Light" w:hAnsi="Calibri Light" w:cs="Calibri Light"/>
          <w:b/>
          <w:bCs/>
          <w:sz w:val="36"/>
          <w:szCs w:val="36"/>
          <w:lang w:val="de-DE"/>
        </w:rPr>
        <w:t xml:space="preserve"> &amp; </w:t>
      </w:r>
      <w:r w:rsidRPr="00EE1C51">
        <w:rPr>
          <w:rFonts w:ascii="Calibri Light" w:hAnsi="Calibri Light" w:cs="Calibri Light"/>
          <w:b/>
          <w:bCs/>
          <w:sz w:val="36"/>
          <w:szCs w:val="36"/>
          <w:lang w:val="de-DE"/>
        </w:rPr>
        <w:t>Auftragnehme</w:t>
      </w:r>
      <w:r w:rsidR="00926495" w:rsidRPr="00EE1C51">
        <w:rPr>
          <w:rFonts w:ascii="Calibri Light" w:hAnsi="Calibri Light" w:cs="Calibri Light"/>
          <w:b/>
          <w:bCs/>
          <w:sz w:val="36"/>
          <w:szCs w:val="36"/>
          <w:lang w:val="de-DE"/>
        </w:rPr>
        <w:t>r</w:t>
      </w:r>
    </w:p>
    <w:p w14:paraId="706F2AB8" w14:textId="77777777" w:rsidR="001C35E2" w:rsidRPr="001C35E2" w:rsidRDefault="00EE1C51" w:rsidP="001C35E2">
      <w:pPr>
        <w:spacing w:line="276" w:lineRule="auto"/>
        <w:jc w:val="both"/>
        <w:rPr>
          <w:rFonts w:ascii="Calibri Light" w:eastAsia="Arial Unicode MS" w:hAnsi="Calibri Light" w:cs="Calibri Light"/>
          <w:b/>
          <w:bCs/>
          <w:i/>
          <w:iCs/>
          <w:color w:val="F5091A"/>
          <w:lang w:val="de-DE" w:eastAsia="de-DE"/>
        </w:rPr>
      </w:pPr>
      <w:r w:rsidRPr="00EE1C51">
        <w:rPr>
          <w:rFonts w:ascii="Calibri Light" w:hAnsi="Calibri Light" w:cs="Calibri Light"/>
          <w:lang w:val="de-DE"/>
        </w:rPr>
        <w:br/>
      </w:r>
      <w:r w:rsidR="001C35E2" w:rsidRPr="001C35E2">
        <w:rPr>
          <w:rFonts w:ascii="Calibri Light" w:eastAsia="Arial Unicode MS" w:hAnsi="Calibri Light" w:cs="Calibri Light"/>
          <w:b/>
          <w:bCs/>
          <w:i/>
          <w:iCs/>
          <w:color w:val="F5091A"/>
          <w:lang w:val="de-DE" w:eastAsia="de-DE"/>
        </w:rPr>
        <w:t>Hinweis:</w:t>
      </w:r>
    </w:p>
    <w:p w14:paraId="73C6D305" w14:textId="77777777" w:rsidR="001C35E2" w:rsidRPr="001C35E2" w:rsidRDefault="001C35E2" w:rsidP="001C35E2">
      <w:pPr>
        <w:spacing w:after="0" w:line="276" w:lineRule="auto"/>
        <w:jc w:val="both"/>
        <w:rPr>
          <w:rFonts w:ascii="Calibri Light" w:eastAsia="Arial Unicode MS" w:hAnsi="Calibri Light" w:cs="Calibri Light"/>
          <w:i/>
          <w:iCs/>
          <w:color w:val="F5091A"/>
          <w:lang w:val="de-DE" w:eastAsia="de-DE"/>
        </w:rPr>
      </w:pPr>
      <w:r w:rsidRPr="001C35E2">
        <w:rPr>
          <w:rFonts w:ascii="Calibri Light" w:eastAsia="Arial Unicode MS" w:hAnsi="Calibri Light" w:cs="Calibri Light"/>
          <w:i/>
          <w:iCs/>
          <w:color w:val="F5091A"/>
          <w:lang w:val="de-DE" w:eastAsia="de-DE"/>
        </w:rPr>
        <w:t xml:space="preserve">Diese Vorlage soll Ihnen als Orientierung dienen. Bitte passen Sie die Vorlage vor der Nutzung </w:t>
      </w:r>
      <w:r w:rsidRPr="001C35E2">
        <w:rPr>
          <w:rFonts w:ascii="Calibri Light" w:eastAsia="Arial Unicode MS" w:hAnsi="Calibri Light" w:cs="Calibri Light"/>
          <w:i/>
          <w:iCs/>
          <w:color w:val="F5091A"/>
          <w:lang w:val="de-DE" w:eastAsia="de-DE"/>
        </w:rPr>
        <w:br/>
        <w:t xml:space="preserve">an die spezifischen Bedingungen und Datenverarbeitungsprozesse Ihres Unternehmens, Vereins, Verbands etc. an. Überprüfen Sie dementsprechend die Platzhalter und ergänzen Sie die erforderlichen Daten. </w:t>
      </w:r>
    </w:p>
    <w:p w14:paraId="0BF95364" w14:textId="289F2AD7" w:rsidR="001C35E2" w:rsidRDefault="001C35E2" w:rsidP="001C35E2">
      <w:pPr>
        <w:spacing w:line="254" w:lineRule="auto"/>
        <w:rPr>
          <w:rFonts w:ascii="Calibri Light" w:hAnsi="Calibri Light" w:cs="Calibri Light"/>
          <w:lang w:val="de-DE"/>
        </w:rPr>
      </w:pPr>
      <w:r w:rsidRPr="001C35E2">
        <w:rPr>
          <w:rFonts w:ascii="Calibri Light" w:eastAsia="Arial Unicode MS" w:hAnsi="Calibri Light" w:cs="Calibri Light"/>
          <w:i/>
          <w:iCs/>
          <w:color w:val="F5091A"/>
          <w:lang w:val="de-DE" w:eastAsia="de-DE"/>
        </w:rPr>
        <w:t>Danke!</w:t>
      </w:r>
    </w:p>
    <w:p w14:paraId="74C3502A" w14:textId="60D2A463" w:rsidR="00EE1C51" w:rsidRPr="00EE1C51" w:rsidRDefault="00EE1C51" w:rsidP="00EE1C51">
      <w:p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>&gt;&gt;Personenbezogene Formulierungen gelten für alle Geschlechter (m/w/d) gleichermaßen&lt;&lt;</w:t>
      </w:r>
    </w:p>
    <w:p w14:paraId="7E76B814" w14:textId="67AB413A" w:rsidR="00D81DCE" w:rsidRPr="00533E05" w:rsidRDefault="00EA334C">
      <w:pPr>
        <w:rPr>
          <w:rFonts w:ascii="Calibri Light" w:hAnsi="Calibri Light" w:cs="Calibri Light"/>
          <w:b/>
          <w:bCs/>
          <w:lang w:val="de-DE"/>
        </w:rPr>
      </w:pPr>
      <w:r w:rsidRPr="00533E05">
        <w:rPr>
          <w:rFonts w:ascii="Calibri Light" w:hAnsi="Calibri Light" w:cs="Calibri Light"/>
          <w:b/>
          <w:bCs/>
          <w:lang w:val="de-DE"/>
        </w:rPr>
        <w:t>Versionshistorie</w:t>
      </w:r>
    </w:p>
    <w:p w14:paraId="2B80E0FC" w14:textId="4E12AB2B" w:rsidR="00D81DCE" w:rsidRPr="00EE1C51" w:rsidRDefault="00EA334C">
      <w:p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>Version:</w:t>
      </w:r>
      <w:r w:rsidR="00533E05">
        <w:rPr>
          <w:rFonts w:ascii="Calibri Light" w:hAnsi="Calibri Light" w:cs="Calibri Light"/>
          <w:lang w:val="de-DE"/>
        </w:rPr>
        <w:tab/>
      </w:r>
      <w:r w:rsidRPr="00EE1C51">
        <w:rPr>
          <w:rFonts w:ascii="Calibri Light" w:hAnsi="Calibri Light" w:cs="Calibri Light"/>
          <w:lang w:val="de-DE"/>
        </w:rPr>
        <w:t>1.0</w:t>
      </w:r>
      <w:r w:rsidRPr="00EE1C51">
        <w:rPr>
          <w:rFonts w:ascii="Calibri Light" w:hAnsi="Calibri Light" w:cs="Calibri Light"/>
          <w:lang w:val="de-DE"/>
        </w:rPr>
        <w:br/>
        <w:t xml:space="preserve">Datum: </w:t>
      </w:r>
      <w:r w:rsidR="00533E05">
        <w:rPr>
          <w:rFonts w:ascii="Calibri Light" w:hAnsi="Calibri Light" w:cs="Calibri Light"/>
          <w:lang w:val="de-DE"/>
        </w:rPr>
        <w:tab/>
      </w:r>
      <w:r w:rsidR="00533E05">
        <w:rPr>
          <w:rFonts w:ascii="Calibri Light" w:hAnsi="Calibri Light" w:cs="Calibri Light"/>
          <w:lang w:val="de-DE"/>
        </w:rPr>
        <w:tab/>
      </w:r>
      <w:r w:rsidR="001C35E2">
        <w:rPr>
          <w:rFonts w:ascii="Calibri Light" w:hAnsi="Calibri Light" w:cs="Calibri Light"/>
          <w:lang w:val="de-DE"/>
        </w:rPr>
        <w:t>20</w:t>
      </w:r>
      <w:r w:rsidRPr="00EE1C51">
        <w:rPr>
          <w:rFonts w:ascii="Calibri Light" w:hAnsi="Calibri Light" w:cs="Calibri Light"/>
          <w:lang w:val="de-DE"/>
        </w:rPr>
        <w:t>.0</w:t>
      </w:r>
      <w:r w:rsidR="00533E05">
        <w:rPr>
          <w:rFonts w:ascii="Calibri Light" w:hAnsi="Calibri Light" w:cs="Calibri Light"/>
          <w:lang w:val="de-DE"/>
        </w:rPr>
        <w:t>8</w:t>
      </w:r>
      <w:r w:rsidRPr="00EE1C51">
        <w:rPr>
          <w:rFonts w:ascii="Calibri Light" w:hAnsi="Calibri Light" w:cs="Calibri Light"/>
          <w:lang w:val="de-DE"/>
        </w:rPr>
        <w:t>.2026</w:t>
      </w:r>
      <w:r w:rsidRPr="00EE1C51">
        <w:rPr>
          <w:rFonts w:ascii="Calibri Light" w:hAnsi="Calibri Light" w:cs="Calibri Light"/>
          <w:lang w:val="de-DE"/>
        </w:rPr>
        <w:br/>
        <w:t xml:space="preserve">Anmerkungen: </w:t>
      </w:r>
      <w:r w:rsidR="00533E05">
        <w:rPr>
          <w:rFonts w:ascii="Calibri Light" w:hAnsi="Calibri Light" w:cs="Calibri Light"/>
          <w:lang w:val="de-DE"/>
        </w:rPr>
        <w:tab/>
      </w:r>
      <w:r w:rsidRPr="00EE1C51">
        <w:rPr>
          <w:rFonts w:ascii="Calibri Light" w:hAnsi="Calibri Light" w:cs="Calibri Light"/>
          <w:lang w:val="de-DE"/>
        </w:rPr>
        <w:t>Neufassung der Richtlinie (neutrale Musterfassung)</w:t>
      </w:r>
      <w:r w:rsidRPr="00EE1C51">
        <w:rPr>
          <w:rFonts w:ascii="Calibri Light" w:hAnsi="Calibri Light" w:cs="Calibri Light"/>
          <w:lang w:val="de-DE"/>
        </w:rPr>
        <w:br/>
        <w:t xml:space="preserve">Autor: </w:t>
      </w:r>
      <w:r w:rsidR="00533E05">
        <w:rPr>
          <w:rFonts w:ascii="Calibri Light" w:hAnsi="Calibri Light" w:cs="Calibri Light"/>
          <w:lang w:val="de-DE"/>
        </w:rPr>
        <w:tab/>
      </w:r>
      <w:r w:rsidR="00533E05">
        <w:rPr>
          <w:rFonts w:ascii="Calibri Light" w:hAnsi="Calibri Light" w:cs="Calibri Light"/>
          <w:lang w:val="de-DE"/>
        </w:rPr>
        <w:tab/>
        <w:t>Henning Wehming</w:t>
      </w:r>
      <w:r w:rsidR="00533E05">
        <w:rPr>
          <w:rFonts w:ascii="Calibri Light" w:hAnsi="Calibri Light" w:cs="Calibri Light"/>
          <w:lang w:val="de-DE"/>
        </w:rPr>
        <w:br/>
      </w:r>
    </w:p>
    <w:p w14:paraId="0A43F7FF" w14:textId="77777777" w:rsidR="00D81DCE" w:rsidRPr="001C35E2" w:rsidRDefault="00EA334C">
      <w:pPr>
        <w:pStyle w:val="Listennummer"/>
        <w:rPr>
          <w:rFonts w:ascii="Calibri Light" w:hAnsi="Calibri Light" w:cs="Calibri Light"/>
          <w:sz w:val="28"/>
          <w:szCs w:val="28"/>
        </w:rPr>
      </w:pPr>
      <w:r w:rsidRPr="001C35E2">
        <w:rPr>
          <w:rFonts w:ascii="Calibri Light" w:hAnsi="Calibri Light" w:cs="Calibri Light"/>
          <w:sz w:val="28"/>
          <w:szCs w:val="28"/>
        </w:rPr>
        <w:t>Einleitung</w:t>
      </w:r>
    </w:p>
    <w:p w14:paraId="6C8D99F2" w14:textId="795338AA" w:rsidR="00D81DCE" w:rsidRPr="00EE1C51" w:rsidRDefault="00EE1C51">
      <w:pPr>
        <w:rPr>
          <w:rFonts w:ascii="Calibri Light" w:hAnsi="Calibri Light" w:cs="Calibri Light"/>
          <w:lang w:val="de-DE"/>
        </w:rPr>
      </w:pPr>
      <w:r>
        <w:rPr>
          <w:rFonts w:ascii="Calibri Light" w:hAnsi="Calibri Light" w:cs="Calibri Light"/>
          <w:lang w:val="de-DE"/>
        </w:rPr>
        <w:t xml:space="preserve">Die </w:t>
      </w:r>
      <w:r>
        <w:rPr>
          <w:rFonts w:ascii="Calibri Light" w:hAnsi="Calibri Light" w:cs="Calibri Light"/>
          <w:b/>
          <w:bCs/>
          <w:lang w:val="de-DE"/>
        </w:rPr>
        <w:t>Muster GmbH</w:t>
      </w:r>
      <w:r w:rsidR="00EA334C" w:rsidRPr="00EE1C51">
        <w:rPr>
          <w:rFonts w:ascii="Calibri Light" w:hAnsi="Calibri Light" w:cs="Calibri Light"/>
          <w:lang w:val="de-DE"/>
        </w:rPr>
        <w:t xml:space="preserve"> beauftragt zur Erfüllung seiner Aufgaben Lieferanten und sonstige Auftrag</w:t>
      </w:r>
      <w:r w:rsidR="00533E05">
        <w:rPr>
          <w:rFonts w:ascii="Calibri Light" w:hAnsi="Calibri Light" w:cs="Calibri Light"/>
          <w:lang w:val="de-DE"/>
        </w:rPr>
        <w:t>-</w:t>
      </w:r>
      <w:r w:rsidR="00EA334C" w:rsidRPr="00EE1C51">
        <w:rPr>
          <w:rFonts w:ascii="Calibri Light" w:hAnsi="Calibri Light" w:cs="Calibri Light"/>
          <w:lang w:val="de-DE"/>
        </w:rPr>
        <w:t xml:space="preserve">nehmer (z. B. IT-Dienstleister, Wartungsfirmen, Entsorgungsunternehmen, Berater). Diese können im Rahmen ihrer Tätigkeit Zugang zu Informationen von </w:t>
      </w:r>
      <w:r>
        <w:rPr>
          <w:rFonts w:ascii="Calibri Light" w:hAnsi="Calibri Light" w:cs="Calibri Light"/>
          <w:lang w:val="de-DE"/>
        </w:rPr>
        <w:t xml:space="preserve">der </w:t>
      </w:r>
      <w:r>
        <w:rPr>
          <w:rFonts w:ascii="Calibri Light" w:hAnsi="Calibri Light" w:cs="Calibri Light"/>
          <w:b/>
          <w:bCs/>
          <w:lang w:val="de-DE"/>
        </w:rPr>
        <w:t>Muster GmbH</w:t>
      </w:r>
      <w:r w:rsidR="00EA334C" w:rsidRPr="00EE1C51">
        <w:rPr>
          <w:rFonts w:ascii="Calibri Light" w:hAnsi="Calibri Light" w:cs="Calibri Light"/>
          <w:lang w:val="de-DE"/>
        </w:rPr>
        <w:t xml:space="preserve"> erhalten, einschließlich personenbezogener Daten.</w:t>
      </w:r>
    </w:p>
    <w:p w14:paraId="0F57CE7B" w14:textId="77777777" w:rsidR="00D81DCE" w:rsidRPr="00EE1C51" w:rsidRDefault="00EA334C">
      <w:p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>Ziel dieser Richtlinie ist es, sicherzustellen, dass bei der Beauftragung von Lieferanten und sonstigen Auftragnehmern</w:t>
      </w:r>
    </w:p>
    <w:p w14:paraId="3698F803" w14:textId="77777777" w:rsidR="00D81DCE" w:rsidRPr="00EE1C51" w:rsidRDefault="00EA334C" w:rsidP="00533E05">
      <w:pPr>
        <w:pStyle w:val="Aufzhlungszeichen"/>
        <w:numPr>
          <w:ilvl w:val="0"/>
          <w:numId w:val="24"/>
        </w:num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>Vertraulichkeit, Integrität und Verfügbarkeit von Informationen gewahrt bleiben und</w:t>
      </w:r>
    </w:p>
    <w:p w14:paraId="256F4ED4" w14:textId="5D956B82" w:rsidR="00D81DCE" w:rsidRPr="00EE1C51" w:rsidRDefault="00EA334C" w:rsidP="00533E05">
      <w:pPr>
        <w:pStyle w:val="Aufzhlungszeichen"/>
        <w:numPr>
          <w:ilvl w:val="0"/>
          <w:numId w:val="24"/>
        </w:num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>die gesetzlichen Datenschutzanforderungen, insbesondere nach der DSGVO, eingehalten werden.</w:t>
      </w:r>
      <w:r w:rsidR="00533E05">
        <w:rPr>
          <w:rFonts w:ascii="Calibri Light" w:hAnsi="Calibri Light" w:cs="Calibri Light"/>
          <w:lang w:val="de-DE"/>
        </w:rPr>
        <w:br/>
      </w:r>
    </w:p>
    <w:p w14:paraId="3A2FD649" w14:textId="77777777" w:rsidR="00D81DCE" w:rsidRPr="001C35E2" w:rsidRDefault="00EA334C">
      <w:pPr>
        <w:pStyle w:val="Listennummer"/>
        <w:numPr>
          <w:ilvl w:val="0"/>
          <w:numId w:val="10"/>
        </w:numPr>
        <w:rPr>
          <w:rFonts w:ascii="Calibri Light" w:hAnsi="Calibri Light" w:cs="Calibri Light"/>
          <w:sz w:val="28"/>
          <w:szCs w:val="28"/>
        </w:rPr>
      </w:pPr>
      <w:r w:rsidRPr="001C35E2">
        <w:rPr>
          <w:rFonts w:ascii="Calibri Light" w:hAnsi="Calibri Light" w:cs="Calibri Light"/>
          <w:sz w:val="28"/>
          <w:szCs w:val="28"/>
        </w:rPr>
        <w:t>Geltungsbereich</w:t>
      </w:r>
    </w:p>
    <w:p w14:paraId="583C7BFF" w14:textId="77777777" w:rsidR="00D81DCE" w:rsidRPr="00EE1C51" w:rsidRDefault="00EA334C">
      <w:pPr>
        <w:rPr>
          <w:rFonts w:ascii="Calibri Light" w:hAnsi="Calibri Light" w:cs="Calibri Light"/>
        </w:rPr>
      </w:pPr>
      <w:r w:rsidRPr="00EE1C51">
        <w:rPr>
          <w:rFonts w:ascii="Calibri Light" w:hAnsi="Calibri Light" w:cs="Calibri Light"/>
        </w:rPr>
        <w:t>Diese Richtlinie gilt für:</w:t>
      </w:r>
    </w:p>
    <w:p w14:paraId="236DB86F" w14:textId="5173FEEB" w:rsidR="00D81DCE" w:rsidRPr="00EE1C51" w:rsidRDefault="00EA334C" w:rsidP="00533E05">
      <w:pPr>
        <w:pStyle w:val="Aufzhlungszeichen"/>
        <w:numPr>
          <w:ilvl w:val="0"/>
          <w:numId w:val="25"/>
        </w:num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 xml:space="preserve">alle Lieferanten und sonstigen Auftragnehmer, die Leistungen für </w:t>
      </w:r>
      <w:r w:rsidR="00EE1C51">
        <w:rPr>
          <w:rFonts w:ascii="Calibri Light" w:hAnsi="Calibri Light" w:cs="Calibri Light"/>
          <w:lang w:val="de-DE"/>
        </w:rPr>
        <w:t xml:space="preserve">die </w:t>
      </w:r>
      <w:r w:rsidR="00EE1C51">
        <w:rPr>
          <w:rFonts w:ascii="Calibri Light" w:hAnsi="Calibri Light" w:cs="Calibri Light"/>
          <w:b/>
          <w:bCs/>
          <w:lang w:val="de-DE"/>
        </w:rPr>
        <w:t>Muster GmbH</w:t>
      </w:r>
      <w:r w:rsidRPr="00EE1C51">
        <w:rPr>
          <w:rFonts w:ascii="Calibri Light" w:hAnsi="Calibri Light" w:cs="Calibri Light"/>
          <w:lang w:val="de-DE"/>
        </w:rPr>
        <w:t xml:space="preserve"> erbringen,</w:t>
      </w:r>
    </w:p>
    <w:p w14:paraId="43494926" w14:textId="07F51AC5" w:rsidR="00D81DCE" w:rsidRPr="00EE1C51" w:rsidRDefault="00EA334C" w:rsidP="00533E05">
      <w:pPr>
        <w:pStyle w:val="Aufzhlungszeichen"/>
        <w:numPr>
          <w:ilvl w:val="0"/>
          <w:numId w:val="25"/>
        </w:num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 xml:space="preserve">alle Standorte von </w:t>
      </w:r>
      <w:r w:rsidR="00EE1C51" w:rsidRPr="00EE1C51">
        <w:rPr>
          <w:rFonts w:ascii="Calibri Light" w:hAnsi="Calibri Light" w:cs="Calibri Light"/>
          <w:lang w:val="de-DE"/>
        </w:rPr>
        <w:t xml:space="preserve">der </w:t>
      </w:r>
      <w:r w:rsidR="00EE1C51" w:rsidRPr="00EE1C51">
        <w:rPr>
          <w:rFonts w:ascii="Calibri Light" w:hAnsi="Calibri Light" w:cs="Calibri Light"/>
          <w:b/>
          <w:bCs/>
          <w:lang w:val="de-DE"/>
        </w:rPr>
        <w:t>Muster GmbH</w:t>
      </w:r>
      <w:r w:rsidRPr="00EE1C51">
        <w:rPr>
          <w:rFonts w:ascii="Calibri Light" w:hAnsi="Calibri Light" w:cs="Calibri Light"/>
          <w:lang w:val="de-DE"/>
        </w:rPr>
        <w:t>,</w:t>
      </w:r>
    </w:p>
    <w:p w14:paraId="6D8813F0" w14:textId="07D05F38" w:rsidR="00D81DCE" w:rsidRPr="00EE1C51" w:rsidRDefault="00EA334C" w:rsidP="00533E05">
      <w:pPr>
        <w:pStyle w:val="Aufzhlungszeichen"/>
        <w:numPr>
          <w:ilvl w:val="0"/>
          <w:numId w:val="25"/>
        </w:num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 xml:space="preserve">alle Beschäftigten von </w:t>
      </w:r>
      <w:r w:rsidR="00EE1C51">
        <w:rPr>
          <w:rFonts w:ascii="Calibri Light" w:hAnsi="Calibri Light" w:cs="Calibri Light"/>
          <w:lang w:val="de-DE"/>
        </w:rPr>
        <w:t xml:space="preserve">der </w:t>
      </w:r>
      <w:r w:rsidR="00EE1C51">
        <w:rPr>
          <w:rFonts w:ascii="Calibri Light" w:hAnsi="Calibri Light" w:cs="Calibri Light"/>
          <w:b/>
          <w:bCs/>
          <w:lang w:val="de-DE"/>
        </w:rPr>
        <w:t>Muster GmbH</w:t>
      </w:r>
      <w:r w:rsidRPr="00EE1C51">
        <w:rPr>
          <w:rFonts w:ascii="Calibri Light" w:hAnsi="Calibri Light" w:cs="Calibri Light"/>
          <w:lang w:val="de-DE"/>
        </w:rPr>
        <w:t>, die Lieferanten oder Auftragnehmer auswählen, beauftragen, steuern oder mit ihnen zusammenarbeiten.</w:t>
      </w:r>
    </w:p>
    <w:p w14:paraId="1871D5ED" w14:textId="7D6E6C00" w:rsidR="00D81DCE" w:rsidRPr="00EE1C51" w:rsidRDefault="00EA334C">
      <w:p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>Alle Beschäftigten sind verpflichtet, die in dieser Richtlinie festgelegten Vorgaben zu beachten.</w:t>
      </w:r>
      <w:r w:rsidR="00533E05">
        <w:rPr>
          <w:rFonts w:ascii="Calibri Light" w:hAnsi="Calibri Light" w:cs="Calibri Light"/>
          <w:lang w:val="de-DE"/>
        </w:rPr>
        <w:br/>
      </w:r>
    </w:p>
    <w:p w14:paraId="6228A2C3" w14:textId="77777777" w:rsidR="00D81DCE" w:rsidRPr="001C35E2" w:rsidRDefault="00EA334C">
      <w:pPr>
        <w:pStyle w:val="Listennummer"/>
        <w:numPr>
          <w:ilvl w:val="0"/>
          <w:numId w:val="11"/>
        </w:numPr>
        <w:rPr>
          <w:rFonts w:ascii="Calibri Light" w:hAnsi="Calibri Light" w:cs="Calibri Light"/>
          <w:sz w:val="28"/>
          <w:szCs w:val="28"/>
        </w:rPr>
      </w:pPr>
      <w:r w:rsidRPr="001C35E2">
        <w:rPr>
          <w:rFonts w:ascii="Calibri Light" w:hAnsi="Calibri Light" w:cs="Calibri Light"/>
          <w:sz w:val="28"/>
          <w:szCs w:val="28"/>
        </w:rPr>
        <w:lastRenderedPageBreak/>
        <w:t>Ziele</w:t>
      </w:r>
    </w:p>
    <w:p w14:paraId="4BF8FF7C" w14:textId="77777777" w:rsidR="00D81DCE" w:rsidRPr="00EE1C51" w:rsidRDefault="00EA334C">
      <w:p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>Diese Richtlinie soll dazu beitragen, dass</w:t>
      </w:r>
    </w:p>
    <w:p w14:paraId="2A6E206C" w14:textId="77777777" w:rsidR="00D81DCE" w:rsidRPr="00EE1C51" w:rsidRDefault="00EA334C" w:rsidP="00533E05">
      <w:pPr>
        <w:pStyle w:val="Aufzhlungszeichen"/>
        <w:numPr>
          <w:ilvl w:val="0"/>
          <w:numId w:val="26"/>
        </w:num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>die Verarbeitung personenbezogener Daten durch Lieferanten/Auftragnehmer rechtmäßig, zweckgebunden und sicher erfolgt,</w:t>
      </w:r>
    </w:p>
    <w:p w14:paraId="5DDEAA0C" w14:textId="15474210" w:rsidR="00D81DCE" w:rsidRPr="00EE1C51" w:rsidRDefault="00EA334C" w:rsidP="00533E05">
      <w:pPr>
        <w:pStyle w:val="Aufzhlungszeichen"/>
        <w:numPr>
          <w:ilvl w:val="0"/>
          <w:numId w:val="26"/>
        </w:num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 xml:space="preserve">Risiken für Betroffene und für </w:t>
      </w:r>
      <w:r w:rsidR="00EE1C51">
        <w:rPr>
          <w:rFonts w:ascii="Calibri Light" w:hAnsi="Calibri Light" w:cs="Calibri Light"/>
          <w:lang w:val="de-DE"/>
        </w:rPr>
        <w:t xml:space="preserve">die </w:t>
      </w:r>
      <w:r w:rsidR="00EE1C51">
        <w:rPr>
          <w:rFonts w:ascii="Calibri Light" w:hAnsi="Calibri Light" w:cs="Calibri Light"/>
          <w:b/>
          <w:bCs/>
          <w:lang w:val="de-DE"/>
        </w:rPr>
        <w:t xml:space="preserve">Muster GmbH </w:t>
      </w:r>
      <w:r w:rsidRPr="00EE1C51">
        <w:rPr>
          <w:rFonts w:ascii="Calibri Light" w:hAnsi="Calibri Light" w:cs="Calibri Light"/>
          <w:lang w:val="de-DE"/>
        </w:rPr>
        <w:t>minimiert werden,</w:t>
      </w:r>
    </w:p>
    <w:p w14:paraId="422E6DE5" w14:textId="7D3B55AA" w:rsidR="00D81DCE" w:rsidRPr="00EE1C51" w:rsidRDefault="00EA334C" w:rsidP="00533E05">
      <w:pPr>
        <w:pStyle w:val="Aufzhlungszeichen"/>
        <w:numPr>
          <w:ilvl w:val="0"/>
          <w:numId w:val="26"/>
        </w:num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>die Vorgaben der DSGVO (insbesondere Art. 28, Art. 32 DSGVO) organisatorisch und vertraglich abgesichert werden.</w:t>
      </w:r>
      <w:r w:rsidR="001C35E2">
        <w:rPr>
          <w:rFonts w:ascii="Calibri Light" w:hAnsi="Calibri Light" w:cs="Calibri Light"/>
          <w:lang w:val="de-DE"/>
        </w:rPr>
        <w:br/>
      </w:r>
    </w:p>
    <w:p w14:paraId="0A3AB460" w14:textId="77777777" w:rsidR="00D81DCE" w:rsidRPr="001C35E2" w:rsidRDefault="00EA334C">
      <w:pPr>
        <w:pStyle w:val="Listennummer"/>
        <w:numPr>
          <w:ilvl w:val="0"/>
          <w:numId w:val="12"/>
        </w:numPr>
        <w:rPr>
          <w:rFonts w:ascii="Calibri Light" w:hAnsi="Calibri Light" w:cs="Calibri Light"/>
          <w:sz w:val="28"/>
          <w:szCs w:val="28"/>
          <w:lang w:val="de-DE"/>
        </w:rPr>
      </w:pPr>
      <w:r w:rsidRPr="001C35E2">
        <w:rPr>
          <w:rFonts w:ascii="Calibri Light" w:hAnsi="Calibri Light" w:cs="Calibri Light"/>
          <w:sz w:val="28"/>
          <w:szCs w:val="28"/>
          <w:lang w:val="de-DE"/>
        </w:rPr>
        <w:t>Grundsätze der Beauftragung von Lieferanten und Auftragnehmern</w:t>
      </w:r>
    </w:p>
    <w:p w14:paraId="0926739C" w14:textId="77777777" w:rsidR="00D81DCE" w:rsidRPr="001C35E2" w:rsidRDefault="00EA334C">
      <w:pPr>
        <w:rPr>
          <w:rFonts w:ascii="Calibri Light" w:hAnsi="Calibri Light" w:cs="Calibri Light"/>
          <w:sz w:val="24"/>
          <w:szCs w:val="24"/>
          <w:lang w:val="de-DE"/>
        </w:rPr>
      </w:pPr>
      <w:r w:rsidRPr="001C35E2">
        <w:rPr>
          <w:rFonts w:ascii="Calibri Light" w:hAnsi="Calibri Light" w:cs="Calibri Light"/>
          <w:sz w:val="24"/>
          <w:szCs w:val="24"/>
          <w:lang w:val="de-DE"/>
        </w:rPr>
        <w:t>4.1 Genehmigungspflicht</w:t>
      </w:r>
    </w:p>
    <w:p w14:paraId="232DEC02" w14:textId="2D954835" w:rsidR="00D81DCE" w:rsidRPr="00EE1C51" w:rsidRDefault="00EA334C">
      <w:p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 xml:space="preserve">Wenn absehbar ist, dass ein Lieferant oder sonstiger Auftragnehmer im Zusammenhang mit seiner Tätigkeit für </w:t>
      </w:r>
      <w:r w:rsidR="00EE1C51">
        <w:rPr>
          <w:rFonts w:ascii="Calibri Light" w:hAnsi="Calibri Light" w:cs="Calibri Light"/>
          <w:lang w:val="de-DE"/>
        </w:rPr>
        <w:t xml:space="preserve">die </w:t>
      </w:r>
      <w:r w:rsidR="00EE1C51">
        <w:rPr>
          <w:rFonts w:ascii="Calibri Light" w:hAnsi="Calibri Light" w:cs="Calibri Light"/>
          <w:b/>
          <w:bCs/>
          <w:lang w:val="de-DE"/>
        </w:rPr>
        <w:t>Muster GmbH</w:t>
      </w:r>
      <w:r w:rsidR="00EE1C51">
        <w:rPr>
          <w:rFonts w:ascii="Calibri Light" w:hAnsi="Calibri Light" w:cs="Calibri Light"/>
          <w:lang w:val="de-DE"/>
        </w:rPr>
        <w:t>.</w:t>
      </w:r>
    </w:p>
    <w:p w14:paraId="33C3D561" w14:textId="77777777" w:rsidR="00D81DCE" w:rsidRPr="00EE1C51" w:rsidRDefault="00EA334C">
      <w:pPr>
        <w:pStyle w:val="Aufzhlungszeichen"/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>Zugang zu vertraulichen Informationen oder</w:t>
      </w:r>
    </w:p>
    <w:p w14:paraId="7ADDBD1B" w14:textId="77777777" w:rsidR="00D81DCE" w:rsidRPr="00EE1C51" w:rsidRDefault="00EA334C">
      <w:pPr>
        <w:pStyle w:val="Aufzhlungszeichen"/>
        <w:rPr>
          <w:rFonts w:ascii="Calibri Light" w:hAnsi="Calibri Light" w:cs="Calibri Light"/>
        </w:rPr>
      </w:pPr>
      <w:r w:rsidRPr="00EE1C51">
        <w:rPr>
          <w:rFonts w:ascii="Calibri Light" w:hAnsi="Calibri Light" w:cs="Calibri Light"/>
        </w:rPr>
        <w:t>Zugang zu personenbezogenen Daten</w:t>
      </w:r>
    </w:p>
    <w:p w14:paraId="27ACB0F7" w14:textId="77777777" w:rsidR="00D81DCE" w:rsidRPr="00EE1C51" w:rsidRDefault="00EA334C">
      <w:p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>erhält, ist die Beauftragung vorab durch die/den zuständige/n Vorgesetzte/n zu genehmigen.</w:t>
      </w:r>
    </w:p>
    <w:p w14:paraId="270DCCD2" w14:textId="26741304" w:rsidR="00D81DCE" w:rsidRPr="00EE1C51" w:rsidRDefault="00EA334C">
      <w:p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>Der Vorgesetzte prüft gemeinsam mit dem Datenschutzbeauftragten bzw. dem Datenschutzteam (</w:t>
      </w:r>
      <w:r w:rsidR="00EE1C51">
        <w:rPr>
          <w:rFonts w:ascii="Calibri Light" w:hAnsi="Calibri Light" w:cs="Calibri Light"/>
          <w:lang w:val="de-DE"/>
        </w:rPr>
        <w:t>Datenschutzbeauftragte</w:t>
      </w:r>
      <w:r w:rsidR="00F54620">
        <w:rPr>
          <w:rFonts w:ascii="Calibri Light" w:hAnsi="Calibri Light" w:cs="Calibri Light"/>
          <w:lang w:val="de-DE"/>
        </w:rPr>
        <w:t>r</w:t>
      </w:r>
      <w:r w:rsidR="00EE1C51">
        <w:rPr>
          <w:rFonts w:ascii="Calibri Light" w:hAnsi="Calibri Light" w:cs="Calibri Light"/>
          <w:lang w:val="de-DE"/>
        </w:rPr>
        <w:t xml:space="preserve"> Herr Henning Wehming</w:t>
      </w:r>
      <w:r w:rsidRPr="00EE1C51">
        <w:rPr>
          <w:rFonts w:ascii="Calibri Light" w:hAnsi="Calibri Light" w:cs="Calibri Light"/>
          <w:lang w:val="de-DE"/>
        </w:rPr>
        <w:t xml:space="preserve"> / </w:t>
      </w:r>
      <w:r w:rsidR="00F54620">
        <w:rPr>
          <w:rFonts w:ascii="Calibri Light" w:hAnsi="Calibri Light" w:cs="Calibri Light"/>
          <w:lang w:val="de-DE"/>
        </w:rPr>
        <w:t xml:space="preserve">Datenschutzteam der </w:t>
      </w:r>
      <w:r w:rsidR="00F54620" w:rsidRPr="00F54620">
        <w:rPr>
          <w:rFonts w:ascii="Calibri Light" w:hAnsi="Calibri Light" w:cs="Calibri Light"/>
          <w:b/>
          <w:bCs/>
          <w:lang w:val="de-DE"/>
        </w:rPr>
        <w:t>Muster GmbH</w:t>
      </w:r>
      <w:r w:rsidRPr="00EE1C51">
        <w:rPr>
          <w:rFonts w:ascii="Calibri Light" w:hAnsi="Calibri Light" w:cs="Calibri Light"/>
          <w:lang w:val="de-DE"/>
        </w:rPr>
        <w:t>) und – sofern relevant – mit dem Informationssicherheitsbeauftragten (</w:t>
      </w:r>
      <w:r w:rsidR="00F54620">
        <w:rPr>
          <w:rFonts w:ascii="Calibri Light" w:hAnsi="Calibri Light" w:cs="Calibri Light"/>
          <w:lang w:val="de-DE"/>
        </w:rPr>
        <w:t>Informationssicherheitsbeauf</w:t>
      </w:r>
      <w:r w:rsidR="00533E05">
        <w:rPr>
          <w:rFonts w:ascii="Calibri Light" w:hAnsi="Calibri Light" w:cs="Calibri Light"/>
          <w:lang w:val="de-DE"/>
        </w:rPr>
        <w:t>-</w:t>
      </w:r>
      <w:r w:rsidR="00F54620">
        <w:rPr>
          <w:rFonts w:ascii="Calibri Light" w:hAnsi="Calibri Light" w:cs="Calibri Light"/>
          <w:lang w:val="de-DE"/>
        </w:rPr>
        <w:t xml:space="preserve">tragter der </w:t>
      </w:r>
      <w:r w:rsidR="00F54620">
        <w:rPr>
          <w:rFonts w:ascii="Calibri Light" w:hAnsi="Calibri Light" w:cs="Calibri Light"/>
          <w:b/>
          <w:bCs/>
          <w:lang w:val="de-DE"/>
        </w:rPr>
        <w:t>Muster GmbH)</w:t>
      </w:r>
      <w:r w:rsidRPr="00EE1C51">
        <w:rPr>
          <w:rFonts w:ascii="Calibri Light" w:hAnsi="Calibri Light" w:cs="Calibri Light"/>
          <w:lang w:val="de-DE"/>
        </w:rPr>
        <w:t xml:space="preserve"> ob und unter welchen Bedingungen eine Beauftragung zulässig ist.</w:t>
      </w:r>
      <w:r w:rsidR="001C35E2">
        <w:rPr>
          <w:rFonts w:ascii="Calibri Light" w:hAnsi="Calibri Light" w:cs="Calibri Light"/>
          <w:lang w:val="de-DE"/>
        </w:rPr>
        <w:br/>
      </w:r>
    </w:p>
    <w:p w14:paraId="57776D01" w14:textId="77777777" w:rsidR="00D81DCE" w:rsidRPr="001C35E2" w:rsidRDefault="00EA334C">
      <w:pPr>
        <w:rPr>
          <w:rFonts w:ascii="Calibri Light" w:hAnsi="Calibri Light" w:cs="Calibri Light"/>
          <w:sz w:val="24"/>
          <w:szCs w:val="24"/>
          <w:lang w:val="de-DE"/>
        </w:rPr>
      </w:pPr>
      <w:r w:rsidRPr="001C35E2">
        <w:rPr>
          <w:rFonts w:ascii="Calibri Light" w:hAnsi="Calibri Light" w:cs="Calibri Light"/>
          <w:sz w:val="24"/>
          <w:szCs w:val="24"/>
          <w:lang w:val="de-DE"/>
        </w:rPr>
        <w:t>4.2 Geheimhaltungsverpflichtung</w:t>
      </w:r>
    </w:p>
    <w:p w14:paraId="1B9D9B9A" w14:textId="77777777" w:rsidR="00D81DCE" w:rsidRPr="00EE1C51" w:rsidRDefault="00EA334C">
      <w:p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>Auch wenn ein Auftragnehmer nach der Planung keinen Zugriff auf personenbezogene Daten haben soll, ist in der Regel eine Vertraulichkeits-/Geheimhaltungsvereinbarung abzuschließen.</w:t>
      </w:r>
    </w:p>
    <w:p w14:paraId="08672D6E" w14:textId="4E0A4EAD" w:rsidR="00D81DCE" w:rsidRPr="00EE1C51" w:rsidRDefault="00EA334C">
      <w:p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 xml:space="preserve">Eine entsprechende Mustervereinbarung wird von </w:t>
      </w:r>
      <w:r w:rsidR="00F54620">
        <w:rPr>
          <w:rFonts w:ascii="Calibri Light" w:hAnsi="Calibri Light" w:cs="Calibri Light"/>
          <w:lang w:val="de-DE"/>
        </w:rPr>
        <w:t xml:space="preserve">der </w:t>
      </w:r>
      <w:r w:rsidR="00F54620" w:rsidRPr="00F54620">
        <w:rPr>
          <w:rFonts w:ascii="Calibri Light" w:hAnsi="Calibri Light" w:cs="Calibri Light"/>
          <w:b/>
          <w:bCs/>
          <w:lang w:val="de-DE"/>
        </w:rPr>
        <w:t>Muster GmbH</w:t>
      </w:r>
      <w:r w:rsidRPr="00EE1C51">
        <w:rPr>
          <w:rFonts w:ascii="Calibri Light" w:hAnsi="Calibri Light" w:cs="Calibri Light"/>
          <w:lang w:val="de-DE"/>
        </w:rPr>
        <w:t xml:space="preserve"> bereitgestellt (z. B. durch Geschäftsführung, Rechtsabteilung, Datenschutzbeauftragten).</w:t>
      </w:r>
      <w:r w:rsidR="001C35E2">
        <w:rPr>
          <w:rFonts w:ascii="Calibri Light" w:hAnsi="Calibri Light" w:cs="Calibri Light"/>
          <w:lang w:val="de-DE"/>
        </w:rPr>
        <w:br/>
      </w:r>
    </w:p>
    <w:p w14:paraId="79467733" w14:textId="77777777" w:rsidR="00D81DCE" w:rsidRPr="001C35E2" w:rsidRDefault="00EA334C">
      <w:pPr>
        <w:rPr>
          <w:rFonts w:ascii="Calibri Light" w:hAnsi="Calibri Light" w:cs="Calibri Light"/>
          <w:sz w:val="24"/>
          <w:szCs w:val="24"/>
          <w:lang w:val="de-DE"/>
        </w:rPr>
      </w:pPr>
      <w:r w:rsidRPr="001C35E2">
        <w:rPr>
          <w:rFonts w:ascii="Calibri Light" w:hAnsi="Calibri Light" w:cs="Calibri Light"/>
          <w:sz w:val="24"/>
          <w:szCs w:val="24"/>
          <w:lang w:val="de-DE"/>
        </w:rPr>
        <w:t>4.3 Auftragsverarbeitung (Art. 28 DSGVO)</w:t>
      </w:r>
    </w:p>
    <w:p w14:paraId="1F57E01B" w14:textId="5422B294" w:rsidR="00D81DCE" w:rsidRPr="00EE1C51" w:rsidRDefault="00EA334C">
      <w:p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 xml:space="preserve">Verarbeitet ein Lieferant oder sonstiger Auftragnehmer personenbezogene Daten im Auftrag von </w:t>
      </w:r>
      <w:r w:rsidR="00F54620">
        <w:rPr>
          <w:rFonts w:ascii="Calibri Light" w:hAnsi="Calibri Light" w:cs="Calibri Light"/>
          <w:lang w:val="de-DE"/>
        </w:rPr>
        <w:t xml:space="preserve">der </w:t>
      </w:r>
      <w:r w:rsidR="00F54620">
        <w:rPr>
          <w:rFonts w:ascii="Calibri Light" w:hAnsi="Calibri Light" w:cs="Calibri Light"/>
          <w:b/>
          <w:bCs/>
          <w:lang w:val="de-DE"/>
        </w:rPr>
        <w:t>Muster GmbH</w:t>
      </w:r>
      <w:r w:rsidRPr="00EE1C51">
        <w:rPr>
          <w:rFonts w:ascii="Calibri Light" w:hAnsi="Calibri Light" w:cs="Calibri Light"/>
          <w:lang w:val="de-DE"/>
        </w:rPr>
        <w:t xml:space="preserve"> (z. B. Hosting, Wartung von Systemen mit Personenbezug, Lohnabrechnung, CRM-Betrieb), handelt es sich um eine Auftragsverarbeitung im Sinne von Art. 28 DSGVO.</w:t>
      </w:r>
    </w:p>
    <w:p w14:paraId="093D39F6" w14:textId="77777777" w:rsidR="00D81DCE" w:rsidRPr="00F54620" w:rsidRDefault="00EA334C">
      <w:pPr>
        <w:rPr>
          <w:rFonts w:ascii="Calibri Light" w:hAnsi="Calibri Light" w:cs="Calibri Light"/>
          <w:u w:val="single"/>
        </w:rPr>
      </w:pPr>
      <w:r w:rsidRPr="00F54620">
        <w:rPr>
          <w:rFonts w:ascii="Calibri Light" w:hAnsi="Calibri Light" w:cs="Calibri Light"/>
          <w:u w:val="single"/>
        </w:rPr>
        <w:t>In diesen Fällen gilt:</w:t>
      </w:r>
    </w:p>
    <w:p w14:paraId="0CE55728" w14:textId="0C294621" w:rsidR="00D81DCE" w:rsidRPr="00EE1C51" w:rsidRDefault="001C35E2" w:rsidP="00F54620">
      <w:pPr>
        <w:pStyle w:val="Aufzhlungszeichen"/>
        <w:numPr>
          <w:ilvl w:val="0"/>
          <w:numId w:val="16"/>
        </w:numPr>
        <w:rPr>
          <w:rFonts w:ascii="Calibri Light" w:hAnsi="Calibri Light" w:cs="Calibri Light"/>
          <w:lang w:val="de-DE"/>
        </w:rPr>
      </w:pPr>
      <w:r w:rsidRPr="001C35E2">
        <w:rPr>
          <w:rFonts w:ascii="Calibri Light" w:hAnsi="Calibri Light" w:cs="Calibri Light"/>
          <w:lang w:val="de-DE"/>
        </w:rPr>
        <w:t>Z</w:t>
      </w:r>
      <w:r w:rsidR="00EA334C" w:rsidRPr="00EE1C51">
        <w:rPr>
          <w:rFonts w:ascii="Calibri Light" w:hAnsi="Calibri Light" w:cs="Calibri Light"/>
          <w:lang w:val="de-DE"/>
        </w:rPr>
        <w:t>wingend ein</w:t>
      </w:r>
      <w:r>
        <w:rPr>
          <w:rFonts w:ascii="Calibri Light" w:hAnsi="Calibri Light" w:cs="Calibri Light"/>
          <w:lang w:val="de-DE"/>
        </w:rPr>
        <w:t>en</w:t>
      </w:r>
      <w:r w:rsidR="00EA334C" w:rsidRPr="00EE1C51">
        <w:rPr>
          <w:rFonts w:ascii="Calibri Light" w:hAnsi="Calibri Light" w:cs="Calibri Light"/>
          <w:lang w:val="de-DE"/>
        </w:rPr>
        <w:t xml:space="preserve"> Vertrag zur Auftragsverarbeitung (AV-Vertrag) nach Art. 28 DSGVO abzuschließen.</w:t>
      </w:r>
    </w:p>
    <w:p w14:paraId="554D4344" w14:textId="0DBD4E86" w:rsidR="00D81DCE" w:rsidRPr="00EE1C51" w:rsidRDefault="00EA334C" w:rsidP="00F54620">
      <w:pPr>
        <w:pStyle w:val="Aufzhlungszeichen"/>
        <w:numPr>
          <w:ilvl w:val="0"/>
          <w:numId w:val="16"/>
        </w:num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 xml:space="preserve">Vor Abschluss der Auftragsverarbeitung ist der Auftragnehmer durch </w:t>
      </w:r>
      <w:r w:rsidR="00F54620">
        <w:rPr>
          <w:rFonts w:ascii="Calibri Light" w:hAnsi="Calibri Light" w:cs="Calibri Light"/>
          <w:lang w:val="de-DE"/>
        </w:rPr>
        <w:t xml:space="preserve">das Datenschutzteam der </w:t>
      </w:r>
      <w:r w:rsidR="00F54620">
        <w:rPr>
          <w:rFonts w:ascii="Calibri Light" w:hAnsi="Calibri Light" w:cs="Calibri Light"/>
          <w:b/>
          <w:bCs/>
          <w:lang w:val="de-DE"/>
        </w:rPr>
        <w:t xml:space="preserve">Muster GmbH </w:t>
      </w:r>
      <w:r w:rsidRPr="00EE1C51">
        <w:rPr>
          <w:rFonts w:ascii="Calibri Light" w:hAnsi="Calibri Light" w:cs="Calibri Light"/>
          <w:lang w:val="de-DE"/>
        </w:rPr>
        <w:t>zu prüfen (u. a. TOMs, Subunternehmer, Standort der Datenverarbeitung).</w:t>
      </w:r>
    </w:p>
    <w:p w14:paraId="101A6837" w14:textId="7986F957" w:rsidR="00D81DCE" w:rsidRPr="00EE1C51" w:rsidRDefault="00EA334C" w:rsidP="00F54620">
      <w:pPr>
        <w:pStyle w:val="Aufzhlungszeichen"/>
        <w:numPr>
          <w:ilvl w:val="0"/>
          <w:numId w:val="16"/>
        </w:num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lastRenderedPageBreak/>
        <w:t>Die Prüfung und das Ergebnis sind zu dokumentieren (z. B. in einer Lieferanten-/AV-Liste).</w:t>
      </w:r>
      <w:r w:rsidR="00533E05">
        <w:rPr>
          <w:rFonts w:ascii="Calibri Light" w:hAnsi="Calibri Light" w:cs="Calibri Light"/>
          <w:lang w:val="de-DE"/>
        </w:rPr>
        <w:br/>
      </w:r>
      <w:r w:rsidR="00F54620">
        <w:rPr>
          <w:rFonts w:ascii="Calibri Light" w:hAnsi="Calibri Light" w:cs="Calibri Light"/>
          <w:lang w:val="de-DE"/>
        </w:rPr>
        <w:br/>
      </w:r>
    </w:p>
    <w:p w14:paraId="601CB7A8" w14:textId="77777777" w:rsidR="00D81DCE" w:rsidRPr="001C35E2" w:rsidRDefault="00EA334C">
      <w:pPr>
        <w:pStyle w:val="Listennummer"/>
        <w:numPr>
          <w:ilvl w:val="0"/>
          <w:numId w:val="13"/>
        </w:numPr>
        <w:rPr>
          <w:rFonts w:ascii="Calibri Light" w:hAnsi="Calibri Light" w:cs="Calibri Light"/>
          <w:sz w:val="28"/>
          <w:szCs w:val="28"/>
          <w:lang w:val="de-DE"/>
        </w:rPr>
      </w:pPr>
      <w:r w:rsidRPr="001C35E2">
        <w:rPr>
          <w:rFonts w:ascii="Calibri Light" w:hAnsi="Calibri Light" w:cs="Calibri Light"/>
          <w:sz w:val="28"/>
          <w:szCs w:val="28"/>
          <w:lang w:val="de-DE"/>
        </w:rPr>
        <w:t>Anforderungen an Lieferanten und sonstige Auftragnehmer</w:t>
      </w:r>
    </w:p>
    <w:p w14:paraId="48BE9248" w14:textId="760CD693" w:rsidR="00D81DCE" w:rsidRPr="00EE1C51" w:rsidRDefault="00EA334C">
      <w:p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 xml:space="preserve">Lieferanten und sonstige Auftragnehmer, die Zugriff auf Informationen oder IT-Systeme von </w:t>
      </w:r>
      <w:r w:rsidR="00F54620">
        <w:rPr>
          <w:rFonts w:ascii="Calibri Light" w:hAnsi="Calibri Light" w:cs="Calibri Light"/>
          <w:lang w:val="de-DE"/>
        </w:rPr>
        <w:t xml:space="preserve">der </w:t>
      </w:r>
      <w:r w:rsidR="00F54620">
        <w:rPr>
          <w:rFonts w:ascii="Calibri Light" w:hAnsi="Calibri Light" w:cs="Calibri Light"/>
          <w:b/>
          <w:bCs/>
          <w:lang w:val="de-DE"/>
        </w:rPr>
        <w:t>Muster GmbH</w:t>
      </w:r>
      <w:r w:rsidRPr="00EE1C51">
        <w:rPr>
          <w:rFonts w:ascii="Calibri Light" w:hAnsi="Calibri Light" w:cs="Calibri Light"/>
          <w:lang w:val="de-DE"/>
        </w:rPr>
        <w:t xml:space="preserve"> erhalten, sind insbesondere auf folgende Punkte zu verpflichten:</w:t>
      </w:r>
      <w:r w:rsidR="001C35E2">
        <w:rPr>
          <w:rFonts w:ascii="Calibri Light" w:hAnsi="Calibri Light" w:cs="Calibri Light"/>
          <w:lang w:val="de-DE"/>
        </w:rPr>
        <w:br/>
      </w:r>
    </w:p>
    <w:p w14:paraId="51FE9D5C" w14:textId="77777777" w:rsidR="00D81DCE" w:rsidRPr="001C35E2" w:rsidRDefault="00EA334C">
      <w:pPr>
        <w:rPr>
          <w:rFonts w:ascii="Calibri Light" w:hAnsi="Calibri Light" w:cs="Calibri Light"/>
          <w:sz w:val="24"/>
          <w:szCs w:val="24"/>
        </w:rPr>
      </w:pPr>
      <w:r w:rsidRPr="001C35E2">
        <w:rPr>
          <w:rFonts w:ascii="Calibri Light" w:hAnsi="Calibri Light" w:cs="Calibri Light"/>
          <w:sz w:val="24"/>
          <w:szCs w:val="24"/>
        </w:rPr>
        <w:t>5.1 Allgemeine Informationssicherheit</w:t>
      </w:r>
    </w:p>
    <w:p w14:paraId="2FE7BE05" w14:textId="77777777" w:rsidR="00D81DCE" w:rsidRPr="00EE1C51" w:rsidRDefault="00EA334C" w:rsidP="00F54620">
      <w:pPr>
        <w:pStyle w:val="Aufzhlungszeichen"/>
        <w:numPr>
          <w:ilvl w:val="0"/>
          <w:numId w:val="17"/>
        </w:num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>Das unrechtmäßige Abrufen oder Verbreiten von urheberrechtlich geschützten Inhalten ist untersagt.</w:t>
      </w:r>
    </w:p>
    <w:p w14:paraId="6871995C" w14:textId="77777777" w:rsidR="00D81DCE" w:rsidRPr="00EE1C51" w:rsidRDefault="00EA334C" w:rsidP="00F54620">
      <w:pPr>
        <w:pStyle w:val="Aufzhlungszeichen"/>
        <w:numPr>
          <w:ilvl w:val="0"/>
          <w:numId w:val="17"/>
        </w:num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>Das Abrufen oder Verbreiten strafbarer oder sittenwidriger Inhalte ist untersagt.</w:t>
      </w:r>
    </w:p>
    <w:p w14:paraId="69154C90" w14:textId="6590B62B" w:rsidR="00D81DCE" w:rsidRPr="00EE1C51" w:rsidRDefault="00EA334C" w:rsidP="00F54620">
      <w:pPr>
        <w:pStyle w:val="Aufzhlungszeichen"/>
        <w:numPr>
          <w:ilvl w:val="0"/>
          <w:numId w:val="17"/>
        </w:num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 xml:space="preserve">Die private Nutzung von IT-Systemen von </w:t>
      </w:r>
      <w:r w:rsidR="00F54620">
        <w:rPr>
          <w:rFonts w:ascii="Calibri Light" w:hAnsi="Calibri Light" w:cs="Calibri Light"/>
          <w:lang w:val="de-DE"/>
        </w:rPr>
        <w:t xml:space="preserve">der </w:t>
      </w:r>
      <w:r w:rsidR="00F54620">
        <w:rPr>
          <w:rFonts w:ascii="Calibri Light" w:hAnsi="Calibri Light" w:cs="Calibri Light"/>
          <w:b/>
          <w:bCs/>
          <w:lang w:val="de-DE"/>
        </w:rPr>
        <w:t>Muster GmbH</w:t>
      </w:r>
      <w:r w:rsidRPr="00EE1C51">
        <w:rPr>
          <w:rFonts w:ascii="Calibri Light" w:hAnsi="Calibri Light" w:cs="Calibri Light"/>
          <w:lang w:val="de-DE"/>
        </w:rPr>
        <w:t xml:space="preserve"> ist Lieferanten und Auftragnehmern untersagt, sofern nicht ausdrücklich abweichend geregelt.</w:t>
      </w:r>
      <w:r w:rsidR="001C35E2">
        <w:rPr>
          <w:rFonts w:ascii="Calibri Light" w:hAnsi="Calibri Light" w:cs="Calibri Light"/>
          <w:lang w:val="de-DE"/>
        </w:rPr>
        <w:br/>
      </w:r>
    </w:p>
    <w:p w14:paraId="712730F6" w14:textId="77777777" w:rsidR="00D81DCE" w:rsidRPr="001C35E2" w:rsidRDefault="00EA334C">
      <w:pPr>
        <w:rPr>
          <w:rFonts w:ascii="Calibri Light" w:hAnsi="Calibri Light" w:cs="Calibri Light"/>
          <w:sz w:val="24"/>
          <w:szCs w:val="24"/>
        </w:rPr>
      </w:pPr>
      <w:r w:rsidRPr="001C35E2">
        <w:rPr>
          <w:rFonts w:ascii="Calibri Light" w:hAnsi="Calibri Light" w:cs="Calibri Light"/>
          <w:sz w:val="24"/>
          <w:szCs w:val="24"/>
        </w:rPr>
        <w:t>5.2 Hard- und Software</w:t>
      </w:r>
    </w:p>
    <w:p w14:paraId="078E48DA" w14:textId="16D0608D" w:rsidR="00D81DCE" w:rsidRPr="00EE1C51" w:rsidRDefault="00EA334C" w:rsidP="00F54620">
      <w:pPr>
        <w:pStyle w:val="Aufzhlungszeichen"/>
        <w:numPr>
          <w:ilvl w:val="0"/>
          <w:numId w:val="18"/>
        </w:num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 xml:space="preserve">Alle in der IT-Infrastruktur von </w:t>
      </w:r>
      <w:r w:rsidR="00F54620">
        <w:rPr>
          <w:rFonts w:ascii="Calibri Light" w:hAnsi="Calibri Light" w:cs="Calibri Light"/>
          <w:lang w:val="de-DE"/>
        </w:rPr>
        <w:t xml:space="preserve">der </w:t>
      </w:r>
      <w:r w:rsidR="00F54620">
        <w:rPr>
          <w:rFonts w:ascii="Calibri Light" w:hAnsi="Calibri Light" w:cs="Calibri Light"/>
          <w:b/>
          <w:bCs/>
          <w:lang w:val="de-DE"/>
        </w:rPr>
        <w:t>Muster GmbH</w:t>
      </w:r>
      <w:r w:rsidRPr="00EE1C51">
        <w:rPr>
          <w:rFonts w:ascii="Calibri Light" w:hAnsi="Calibri Light" w:cs="Calibri Light"/>
          <w:lang w:val="de-DE"/>
        </w:rPr>
        <w:t xml:space="preserve"> eingesetzte Hard- und Software wird vor ihrem Einsatz durch die zuständigen Stellen (z. B. IT-Leitung, Informationssicherheits</w:t>
      </w:r>
      <w:r w:rsidR="00F54620">
        <w:rPr>
          <w:rFonts w:ascii="Calibri Light" w:hAnsi="Calibri Light" w:cs="Calibri Light"/>
          <w:lang w:val="de-DE"/>
        </w:rPr>
        <w:t>-</w:t>
      </w:r>
      <w:r w:rsidRPr="00EE1C51">
        <w:rPr>
          <w:rFonts w:ascii="Calibri Light" w:hAnsi="Calibri Light" w:cs="Calibri Light"/>
          <w:lang w:val="de-DE"/>
        </w:rPr>
        <w:t>beauftragter) geprüft und freigegeben.</w:t>
      </w:r>
    </w:p>
    <w:p w14:paraId="788D93DB" w14:textId="37063B20" w:rsidR="00D81DCE" w:rsidRPr="00EE1C51" w:rsidRDefault="00EA334C" w:rsidP="00F54620">
      <w:pPr>
        <w:pStyle w:val="Aufzhlungszeichen"/>
        <w:numPr>
          <w:ilvl w:val="0"/>
          <w:numId w:val="18"/>
        </w:num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 xml:space="preserve">Der eigenmächtige Download, die Installation oder Verwendung nicht freigegebener Hard- und Software auf Systemen von </w:t>
      </w:r>
      <w:r w:rsidR="00F54620">
        <w:rPr>
          <w:rFonts w:ascii="Calibri Light" w:hAnsi="Calibri Light" w:cs="Calibri Light"/>
          <w:lang w:val="de-DE"/>
        </w:rPr>
        <w:t xml:space="preserve">der </w:t>
      </w:r>
      <w:r w:rsidR="00F54620">
        <w:rPr>
          <w:rFonts w:ascii="Calibri Light" w:hAnsi="Calibri Light" w:cs="Calibri Light"/>
          <w:b/>
          <w:bCs/>
          <w:lang w:val="de-DE"/>
        </w:rPr>
        <w:t>Muster GmbH</w:t>
      </w:r>
      <w:r w:rsidRPr="00EE1C51">
        <w:rPr>
          <w:rFonts w:ascii="Calibri Light" w:hAnsi="Calibri Light" w:cs="Calibri Light"/>
          <w:lang w:val="de-DE"/>
        </w:rPr>
        <w:t xml:space="preserve"> ist Lieferanten und Auftragnehmern untersagt.</w:t>
      </w:r>
    </w:p>
    <w:p w14:paraId="6A6E2F65" w14:textId="7BA977B1" w:rsidR="00D81DCE" w:rsidRPr="00EE1C51" w:rsidRDefault="00EA334C" w:rsidP="00F54620">
      <w:pPr>
        <w:pStyle w:val="Aufzhlungszeichen"/>
        <w:numPr>
          <w:ilvl w:val="0"/>
          <w:numId w:val="18"/>
        </w:num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 xml:space="preserve">Der Zugriff auf das Internet oder auf externe Netze erfolgt grundsätzlich nur über die von </w:t>
      </w:r>
      <w:r w:rsidR="00F54620">
        <w:rPr>
          <w:rFonts w:ascii="Calibri Light" w:hAnsi="Calibri Light" w:cs="Calibri Light"/>
          <w:lang w:val="de-DE"/>
        </w:rPr>
        <w:t xml:space="preserve">der </w:t>
      </w:r>
      <w:r w:rsidR="00F54620">
        <w:rPr>
          <w:rFonts w:ascii="Calibri Light" w:hAnsi="Calibri Light" w:cs="Calibri Light"/>
          <w:b/>
          <w:bCs/>
          <w:lang w:val="de-DE"/>
        </w:rPr>
        <w:t>Muster GmbH</w:t>
      </w:r>
      <w:r w:rsidRPr="00EE1C51">
        <w:rPr>
          <w:rFonts w:ascii="Calibri Light" w:hAnsi="Calibri Light" w:cs="Calibri Light"/>
          <w:lang w:val="de-DE"/>
        </w:rPr>
        <w:t xml:space="preserve"> bereitgestellten und freigegebenen Zugänge.</w:t>
      </w:r>
      <w:r w:rsidR="001C35E2">
        <w:rPr>
          <w:rFonts w:ascii="Calibri Light" w:hAnsi="Calibri Light" w:cs="Calibri Light"/>
          <w:lang w:val="de-DE"/>
        </w:rPr>
        <w:br/>
      </w:r>
    </w:p>
    <w:p w14:paraId="201D12D4" w14:textId="77777777" w:rsidR="00D81DCE" w:rsidRPr="001C35E2" w:rsidRDefault="00EA334C">
      <w:pPr>
        <w:rPr>
          <w:rFonts w:ascii="Calibri Light" w:hAnsi="Calibri Light" w:cs="Calibri Light"/>
          <w:sz w:val="24"/>
          <w:szCs w:val="24"/>
        </w:rPr>
      </w:pPr>
      <w:r w:rsidRPr="001C35E2">
        <w:rPr>
          <w:rFonts w:ascii="Calibri Light" w:hAnsi="Calibri Light" w:cs="Calibri Light"/>
          <w:sz w:val="24"/>
          <w:szCs w:val="24"/>
        </w:rPr>
        <w:t>5.3 Zugangskennungen und Berechtigungen</w:t>
      </w:r>
    </w:p>
    <w:p w14:paraId="16682064" w14:textId="77777777" w:rsidR="00D81DCE" w:rsidRPr="00EE1C51" w:rsidRDefault="00EA334C" w:rsidP="00F54620">
      <w:pPr>
        <w:pStyle w:val="Aufzhlungszeichen"/>
        <w:numPr>
          <w:ilvl w:val="0"/>
          <w:numId w:val="19"/>
        </w:num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>Zugangsdaten (z. B. Benutzerkennungen, Passwörter, Tokens) sind streng vertraulich zu behandeln und dürfen nicht an unberechtigte Dritte weitergegeben werden.</w:t>
      </w:r>
    </w:p>
    <w:p w14:paraId="33AF59D8" w14:textId="77777777" w:rsidR="00D81DCE" w:rsidRPr="00EE1C51" w:rsidRDefault="00EA334C" w:rsidP="00F54620">
      <w:pPr>
        <w:pStyle w:val="Aufzhlungszeichen"/>
        <w:numPr>
          <w:ilvl w:val="0"/>
          <w:numId w:val="19"/>
        </w:num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>Innerhalb der Organisation des Auftragnehmers ist der Zugriff auf Zugangsdaten auf den unbedingt erforderlichen Personenkreis zu beschränken (Need-to-</w:t>
      </w:r>
      <w:proofErr w:type="spellStart"/>
      <w:r w:rsidRPr="00EE1C51">
        <w:rPr>
          <w:rFonts w:ascii="Calibri Light" w:hAnsi="Calibri Light" w:cs="Calibri Light"/>
          <w:lang w:val="de-DE"/>
        </w:rPr>
        <w:t>know</w:t>
      </w:r>
      <w:proofErr w:type="spellEnd"/>
      <w:r w:rsidRPr="00EE1C51">
        <w:rPr>
          <w:rFonts w:ascii="Calibri Light" w:hAnsi="Calibri Light" w:cs="Calibri Light"/>
          <w:lang w:val="de-DE"/>
        </w:rPr>
        <w:t>-Prinzip).</w:t>
      </w:r>
    </w:p>
    <w:p w14:paraId="6916922D" w14:textId="3CA6005F" w:rsidR="00D81DCE" w:rsidRPr="00EE1C51" w:rsidRDefault="00EA334C" w:rsidP="00F54620">
      <w:pPr>
        <w:pStyle w:val="Aufzhlungszeichen"/>
        <w:numPr>
          <w:ilvl w:val="0"/>
          <w:numId w:val="19"/>
        </w:num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>Team-Accounts sind nur zulässig, wenn sie aus technischen/organisatorischen Gründen erforderlich sind und entsprechend abgesichert werden (z. B. zusätzliche Protokollierung, Verantwortlichkeiten klar geregelt).</w:t>
      </w:r>
      <w:r w:rsidR="001C35E2">
        <w:rPr>
          <w:rFonts w:ascii="Calibri Light" w:hAnsi="Calibri Light" w:cs="Calibri Light"/>
          <w:lang w:val="de-DE"/>
        </w:rPr>
        <w:br/>
      </w:r>
    </w:p>
    <w:p w14:paraId="21F2B8F8" w14:textId="77777777" w:rsidR="00D81DCE" w:rsidRPr="001C35E2" w:rsidRDefault="00EA334C">
      <w:pPr>
        <w:rPr>
          <w:rFonts w:ascii="Calibri Light" w:hAnsi="Calibri Light" w:cs="Calibri Light"/>
          <w:sz w:val="24"/>
          <w:szCs w:val="24"/>
          <w:lang w:val="de-DE"/>
        </w:rPr>
      </w:pPr>
      <w:r w:rsidRPr="001C35E2">
        <w:rPr>
          <w:rFonts w:ascii="Calibri Light" w:hAnsi="Calibri Light" w:cs="Calibri Light"/>
          <w:sz w:val="24"/>
          <w:szCs w:val="24"/>
          <w:lang w:val="de-DE"/>
        </w:rPr>
        <w:t>5.4 IT-Sicherheit beim Auftragnehmer</w:t>
      </w:r>
    </w:p>
    <w:p w14:paraId="77AEB5CB" w14:textId="77777777" w:rsidR="00D81DCE" w:rsidRPr="00EE1C51" w:rsidRDefault="00EA334C">
      <w:p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>Bei IT-Dienstleistern und sonstigen Auftragnehmern mit Systemzugriff ist sicherzustellen, dass:</w:t>
      </w:r>
    </w:p>
    <w:p w14:paraId="04811354" w14:textId="77777777" w:rsidR="00D81DCE" w:rsidRPr="00EE1C51" w:rsidRDefault="00EA334C" w:rsidP="00533E05">
      <w:pPr>
        <w:pStyle w:val="Aufzhlungszeichen"/>
        <w:numPr>
          <w:ilvl w:val="0"/>
          <w:numId w:val="27"/>
        </w:numPr>
        <w:ind w:left="426" w:hanging="426"/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>IT-Systeme des Auftragnehmers über aktuelle Schutzmaßnahmen gegen Schadsoftware verfügen (Virenscanner mit täglichen Updates, aktive Schutzfunktionen).</w:t>
      </w:r>
    </w:p>
    <w:p w14:paraId="66CF2440" w14:textId="77777777" w:rsidR="00D81DCE" w:rsidRPr="00EE1C51" w:rsidRDefault="00EA334C" w:rsidP="00533E05">
      <w:pPr>
        <w:pStyle w:val="Aufzhlungszeichen"/>
        <w:numPr>
          <w:ilvl w:val="0"/>
          <w:numId w:val="27"/>
        </w:numPr>
        <w:ind w:left="426" w:hanging="426"/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lastRenderedPageBreak/>
        <w:t>Betriebssysteme und eingesetzte Software regelmäßig mit Sicherheitsupdates versorgt werden; es werden nur noch unterstützte Versionen (Herstellersupport) eingesetzt.</w:t>
      </w:r>
    </w:p>
    <w:p w14:paraId="7D142171" w14:textId="77777777" w:rsidR="00533E05" w:rsidRDefault="00EA334C" w:rsidP="00533E05">
      <w:pPr>
        <w:pStyle w:val="Aufzhlungszeichen"/>
        <w:numPr>
          <w:ilvl w:val="0"/>
          <w:numId w:val="27"/>
        </w:numPr>
        <w:ind w:left="426" w:hanging="426"/>
        <w:rPr>
          <w:rFonts w:ascii="Calibri Light" w:hAnsi="Calibri Light" w:cs="Calibri Light"/>
          <w:lang w:val="de-DE"/>
        </w:rPr>
      </w:pPr>
      <w:r w:rsidRPr="00533E05">
        <w:rPr>
          <w:rFonts w:ascii="Calibri Light" w:hAnsi="Calibri Light" w:cs="Calibri Light"/>
          <w:lang w:val="de-DE"/>
        </w:rPr>
        <w:t xml:space="preserve">Zugriffe auf Systeme von </w:t>
      </w:r>
      <w:r w:rsidR="00F54620" w:rsidRPr="00533E05">
        <w:rPr>
          <w:rFonts w:ascii="Calibri Light" w:hAnsi="Calibri Light" w:cs="Calibri Light"/>
          <w:lang w:val="de-DE"/>
        </w:rPr>
        <w:t xml:space="preserve">der </w:t>
      </w:r>
      <w:r w:rsidR="00F54620" w:rsidRPr="00533E05">
        <w:rPr>
          <w:rFonts w:ascii="Calibri Light" w:hAnsi="Calibri Light" w:cs="Calibri Light"/>
          <w:b/>
          <w:bCs/>
          <w:lang w:val="de-DE"/>
        </w:rPr>
        <w:t xml:space="preserve">Muster GmbH </w:t>
      </w:r>
      <w:r w:rsidRPr="00533E05">
        <w:rPr>
          <w:rFonts w:ascii="Calibri Light" w:hAnsi="Calibri Light" w:cs="Calibri Light"/>
          <w:lang w:val="de-DE"/>
        </w:rPr>
        <w:t>nur über gesicherte Verbindungen (z. B. VPN) erfolgen.</w:t>
      </w:r>
      <w:r w:rsidR="00533E05" w:rsidRPr="00533E05">
        <w:rPr>
          <w:rFonts w:ascii="Calibri Light" w:hAnsi="Calibri Light" w:cs="Calibri Light"/>
          <w:lang w:val="de-DE"/>
        </w:rPr>
        <w:t xml:space="preserve"> </w:t>
      </w:r>
    </w:p>
    <w:p w14:paraId="2B1516CA" w14:textId="476916CD" w:rsidR="00F54620" w:rsidRPr="00533E05" w:rsidRDefault="00EA334C" w:rsidP="00533E05">
      <w:pPr>
        <w:pStyle w:val="Aufzhlungszeichen"/>
        <w:numPr>
          <w:ilvl w:val="0"/>
          <w:numId w:val="27"/>
        </w:numPr>
        <w:ind w:left="426" w:hanging="426"/>
        <w:rPr>
          <w:rFonts w:ascii="Calibri Light" w:hAnsi="Calibri Light" w:cs="Calibri Light"/>
          <w:lang w:val="de-DE"/>
        </w:rPr>
      </w:pPr>
      <w:r w:rsidRPr="00533E05">
        <w:rPr>
          <w:rFonts w:ascii="Calibri Light" w:hAnsi="Calibri Light" w:cs="Calibri Light"/>
          <w:lang w:val="de-DE"/>
        </w:rPr>
        <w:t>der Auftragnehmer angemessene technische und organisatorische Maßnahmen (TOMs) nach Art. 32 DSGVO dokumentiert und auf Anfrage nachweisen kann.</w:t>
      </w:r>
    </w:p>
    <w:p w14:paraId="2CB061B4" w14:textId="77777777" w:rsidR="00F54620" w:rsidRPr="00EE1C51" w:rsidRDefault="00F54620" w:rsidP="00F54620">
      <w:pPr>
        <w:pStyle w:val="Aufzhlungszeichen"/>
        <w:numPr>
          <w:ilvl w:val="0"/>
          <w:numId w:val="0"/>
        </w:numPr>
        <w:ind w:left="360"/>
        <w:rPr>
          <w:rFonts w:ascii="Calibri Light" w:hAnsi="Calibri Light" w:cs="Calibri Light"/>
          <w:lang w:val="de-DE"/>
        </w:rPr>
      </w:pPr>
    </w:p>
    <w:p w14:paraId="4F2C5E17" w14:textId="77777777" w:rsidR="00D81DCE" w:rsidRPr="001C35E2" w:rsidRDefault="00EA334C">
      <w:pPr>
        <w:pStyle w:val="Listennummer"/>
        <w:numPr>
          <w:ilvl w:val="0"/>
          <w:numId w:val="14"/>
        </w:numPr>
        <w:rPr>
          <w:rFonts w:ascii="Calibri Light" w:hAnsi="Calibri Light" w:cs="Calibri Light"/>
          <w:sz w:val="28"/>
          <w:szCs w:val="28"/>
          <w:lang w:val="de-DE"/>
        </w:rPr>
      </w:pPr>
      <w:r w:rsidRPr="001C35E2">
        <w:rPr>
          <w:rFonts w:ascii="Calibri Light" w:hAnsi="Calibri Light" w:cs="Calibri Light"/>
          <w:sz w:val="28"/>
          <w:szCs w:val="28"/>
          <w:lang w:val="de-DE"/>
        </w:rPr>
        <w:t>Verfahren bei Auswahl und Kontrolle von Auftragnehmern</w:t>
      </w:r>
    </w:p>
    <w:p w14:paraId="74227B55" w14:textId="77777777" w:rsidR="00D81DCE" w:rsidRPr="001C35E2" w:rsidRDefault="00EA334C">
      <w:pPr>
        <w:rPr>
          <w:rFonts w:ascii="Calibri Light" w:hAnsi="Calibri Light" w:cs="Calibri Light"/>
          <w:sz w:val="24"/>
          <w:szCs w:val="24"/>
          <w:lang w:val="de-DE"/>
        </w:rPr>
      </w:pPr>
      <w:r w:rsidRPr="001C35E2">
        <w:rPr>
          <w:rFonts w:ascii="Calibri Light" w:hAnsi="Calibri Light" w:cs="Calibri Light"/>
          <w:sz w:val="24"/>
          <w:szCs w:val="24"/>
          <w:lang w:val="de-DE"/>
        </w:rPr>
        <w:t>6.1 Auswahl</w:t>
      </w:r>
    </w:p>
    <w:p w14:paraId="69E26A0E" w14:textId="77777777" w:rsidR="00D81DCE" w:rsidRPr="00EE1C51" w:rsidRDefault="00EA334C">
      <w:p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>Vor Beauftragung eines Auftragnehmers, der personenbezogene Daten verarbeitet oder kritische IT-Leistungen erbringt, sind u. a. folgende Punkte zu prüfen:</w:t>
      </w:r>
    </w:p>
    <w:p w14:paraId="2E0B96CB" w14:textId="20881F92" w:rsidR="00D81DCE" w:rsidRPr="00EE1C51" w:rsidRDefault="00EA334C" w:rsidP="00F54620">
      <w:pPr>
        <w:pStyle w:val="Aufzhlungszeichen"/>
        <w:numPr>
          <w:ilvl w:val="0"/>
          <w:numId w:val="21"/>
        </w:num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>Sitz und Datenverarbeitungsort (EU/EWR, Drittland, Angemessenheitsbeschluss, Standard</w:t>
      </w:r>
      <w:r w:rsidR="00533E05">
        <w:rPr>
          <w:rFonts w:ascii="Calibri Light" w:hAnsi="Calibri Light" w:cs="Calibri Light"/>
          <w:lang w:val="de-DE"/>
        </w:rPr>
        <w:t>-</w:t>
      </w:r>
      <w:proofErr w:type="spellStart"/>
      <w:r w:rsidRPr="00EE1C51">
        <w:rPr>
          <w:rFonts w:ascii="Calibri Light" w:hAnsi="Calibri Light" w:cs="Calibri Light"/>
          <w:lang w:val="de-DE"/>
        </w:rPr>
        <w:t>vertragsklauseln</w:t>
      </w:r>
      <w:proofErr w:type="spellEnd"/>
      <w:r w:rsidRPr="00EE1C51">
        <w:rPr>
          <w:rFonts w:ascii="Calibri Light" w:hAnsi="Calibri Light" w:cs="Calibri Light"/>
          <w:lang w:val="de-DE"/>
        </w:rPr>
        <w:t>),</w:t>
      </w:r>
    </w:p>
    <w:p w14:paraId="0DA4BF51" w14:textId="77777777" w:rsidR="00D81DCE" w:rsidRPr="00EE1C51" w:rsidRDefault="00EA334C" w:rsidP="00F54620">
      <w:pPr>
        <w:pStyle w:val="Aufzhlungszeichen"/>
        <w:numPr>
          <w:ilvl w:val="0"/>
          <w:numId w:val="21"/>
        </w:numPr>
        <w:rPr>
          <w:rFonts w:ascii="Calibri Light" w:hAnsi="Calibri Light" w:cs="Calibri Light"/>
        </w:rPr>
      </w:pPr>
      <w:r w:rsidRPr="00EE1C51">
        <w:rPr>
          <w:rFonts w:ascii="Calibri Light" w:hAnsi="Calibri Light" w:cs="Calibri Light"/>
        </w:rPr>
        <w:t>Informationssicherheitsniveau (Zertifizierungen, TOMs),</w:t>
      </w:r>
    </w:p>
    <w:p w14:paraId="044C4A8A" w14:textId="77777777" w:rsidR="00D81DCE" w:rsidRPr="00EE1C51" w:rsidRDefault="00EA334C" w:rsidP="00F54620">
      <w:pPr>
        <w:pStyle w:val="Aufzhlungszeichen"/>
        <w:numPr>
          <w:ilvl w:val="0"/>
          <w:numId w:val="21"/>
        </w:num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>Erfahrung und Referenzen im relevanten Bereich,</w:t>
      </w:r>
    </w:p>
    <w:p w14:paraId="7DD447E0" w14:textId="259C8B98" w:rsidR="00D81DCE" w:rsidRPr="00EE1C51" w:rsidRDefault="00EA334C" w:rsidP="00F54620">
      <w:pPr>
        <w:pStyle w:val="Aufzhlungszeichen"/>
        <w:numPr>
          <w:ilvl w:val="0"/>
          <w:numId w:val="21"/>
        </w:num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>Umgang mit Subunternehmern (Transparenz, Einbindung in AV-Vertrag).</w:t>
      </w:r>
      <w:r w:rsidR="001C35E2">
        <w:rPr>
          <w:rFonts w:ascii="Calibri Light" w:hAnsi="Calibri Light" w:cs="Calibri Light"/>
          <w:lang w:val="de-DE"/>
        </w:rPr>
        <w:br/>
      </w:r>
    </w:p>
    <w:p w14:paraId="53D661F9" w14:textId="77777777" w:rsidR="00D81DCE" w:rsidRPr="001C35E2" w:rsidRDefault="00EA334C">
      <w:pPr>
        <w:rPr>
          <w:rFonts w:ascii="Calibri Light" w:hAnsi="Calibri Light" w:cs="Calibri Light"/>
          <w:sz w:val="24"/>
          <w:szCs w:val="24"/>
        </w:rPr>
      </w:pPr>
      <w:r w:rsidRPr="001C35E2">
        <w:rPr>
          <w:rFonts w:ascii="Calibri Light" w:hAnsi="Calibri Light" w:cs="Calibri Light"/>
          <w:sz w:val="24"/>
          <w:szCs w:val="24"/>
        </w:rPr>
        <w:t>6.2 Vertragsgestaltung</w:t>
      </w:r>
    </w:p>
    <w:p w14:paraId="62796233" w14:textId="77777777" w:rsidR="00D81DCE" w:rsidRPr="00EE1C51" w:rsidRDefault="00EA334C" w:rsidP="00F54620">
      <w:pPr>
        <w:pStyle w:val="Aufzhlungszeichen"/>
        <w:numPr>
          <w:ilvl w:val="0"/>
          <w:numId w:val="22"/>
        </w:num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>Bei Auftragsverarbeitung: AV-Vertrag nach Art. 28 DSGVO mit Mindestinhalten (Gegenstand, Dauer, TOMs, Subunternehmer, Rückgabe/Löschung, Unterstützungsleistungen).</w:t>
      </w:r>
    </w:p>
    <w:p w14:paraId="65B92913" w14:textId="77777777" w:rsidR="00D81DCE" w:rsidRPr="00EE1C51" w:rsidRDefault="00EA334C" w:rsidP="00F54620">
      <w:pPr>
        <w:pStyle w:val="Aufzhlungszeichen"/>
        <w:numPr>
          <w:ilvl w:val="0"/>
          <w:numId w:val="22"/>
        </w:num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>Vertraulichkeitsverpflichtungen für Mitarbeiter des Auftragnehmers.</w:t>
      </w:r>
    </w:p>
    <w:p w14:paraId="0B69A2FC" w14:textId="4DE1B493" w:rsidR="00D81DCE" w:rsidRPr="00EE1C51" w:rsidRDefault="00EA334C" w:rsidP="00F54620">
      <w:pPr>
        <w:pStyle w:val="Aufzhlungszeichen"/>
        <w:numPr>
          <w:ilvl w:val="0"/>
          <w:numId w:val="22"/>
        </w:num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 xml:space="preserve">Regelungen zu Kontrollrechten von </w:t>
      </w:r>
      <w:r w:rsidR="00F54620">
        <w:rPr>
          <w:rFonts w:ascii="Calibri Light" w:hAnsi="Calibri Light" w:cs="Calibri Light"/>
          <w:lang w:val="de-DE"/>
        </w:rPr>
        <w:t xml:space="preserve">der </w:t>
      </w:r>
      <w:r w:rsidR="00F54620">
        <w:rPr>
          <w:rFonts w:ascii="Calibri Light" w:hAnsi="Calibri Light" w:cs="Calibri Light"/>
          <w:b/>
          <w:bCs/>
          <w:lang w:val="de-DE"/>
        </w:rPr>
        <w:t>Muster GmbH</w:t>
      </w:r>
      <w:r w:rsidRPr="00EE1C51">
        <w:rPr>
          <w:rFonts w:ascii="Calibri Light" w:hAnsi="Calibri Light" w:cs="Calibri Light"/>
          <w:lang w:val="de-DE"/>
        </w:rPr>
        <w:t xml:space="preserve"> (z. B. Audits, Nachweise, Berichte).</w:t>
      </w:r>
    </w:p>
    <w:p w14:paraId="6E9E524B" w14:textId="01A406E3" w:rsidR="00D81DCE" w:rsidRPr="00EE1C51" w:rsidRDefault="00EA334C" w:rsidP="00F54620">
      <w:pPr>
        <w:pStyle w:val="Aufzhlungszeichen"/>
        <w:numPr>
          <w:ilvl w:val="0"/>
          <w:numId w:val="22"/>
        </w:num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>Sanktionsmöglichkeiten bei Verstößen (z. B. Vertragsstrafen, außerordentliche Kündigung).</w:t>
      </w:r>
      <w:r w:rsidR="001C35E2">
        <w:rPr>
          <w:rFonts w:ascii="Calibri Light" w:hAnsi="Calibri Light" w:cs="Calibri Light"/>
          <w:lang w:val="de-DE"/>
        </w:rPr>
        <w:br/>
      </w:r>
    </w:p>
    <w:p w14:paraId="4AC802A7" w14:textId="77777777" w:rsidR="00D81DCE" w:rsidRPr="001C35E2" w:rsidRDefault="00EA334C">
      <w:pPr>
        <w:rPr>
          <w:rFonts w:ascii="Calibri Light" w:hAnsi="Calibri Light" w:cs="Calibri Light"/>
          <w:sz w:val="24"/>
          <w:szCs w:val="24"/>
        </w:rPr>
      </w:pPr>
      <w:r w:rsidRPr="001C35E2">
        <w:rPr>
          <w:rFonts w:ascii="Calibri Light" w:hAnsi="Calibri Light" w:cs="Calibri Light"/>
          <w:sz w:val="24"/>
          <w:szCs w:val="24"/>
        </w:rPr>
        <w:t>6.3 Kontrolle</w:t>
      </w:r>
    </w:p>
    <w:p w14:paraId="761AA0CC" w14:textId="12529F8D" w:rsidR="00D81DCE" w:rsidRPr="00EE1C51" w:rsidRDefault="00F54620" w:rsidP="00F54620">
      <w:pPr>
        <w:pStyle w:val="Aufzhlungszeichen"/>
        <w:numPr>
          <w:ilvl w:val="0"/>
          <w:numId w:val="23"/>
        </w:numPr>
        <w:rPr>
          <w:rFonts w:ascii="Calibri Light" w:hAnsi="Calibri Light" w:cs="Calibri Light"/>
          <w:lang w:val="de-DE"/>
        </w:rPr>
      </w:pPr>
      <w:r>
        <w:rPr>
          <w:rFonts w:ascii="Calibri Light" w:hAnsi="Calibri Light" w:cs="Calibri Light"/>
          <w:lang w:val="de-DE"/>
        </w:rPr>
        <w:t xml:space="preserve">Die </w:t>
      </w:r>
      <w:r>
        <w:rPr>
          <w:rFonts w:ascii="Calibri Light" w:hAnsi="Calibri Light" w:cs="Calibri Light"/>
          <w:b/>
          <w:bCs/>
          <w:lang w:val="de-DE"/>
        </w:rPr>
        <w:t xml:space="preserve">Muster GmbH </w:t>
      </w:r>
      <w:r w:rsidR="00EA334C" w:rsidRPr="00EE1C51">
        <w:rPr>
          <w:rFonts w:ascii="Calibri Light" w:hAnsi="Calibri Light" w:cs="Calibri Light"/>
          <w:lang w:val="de-DE"/>
        </w:rPr>
        <w:t>behält sich vor, Auftragnehmer hinsichtlich der Einhaltung der vertraglichen Datenschutz- und Sicherheitsvorgaben zu prüfen (z. B. durch Audit, Frage</w:t>
      </w:r>
      <w:r w:rsidR="00533E05">
        <w:rPr>
          <w:rFonts w:ascii="Calibri Light" w:hAnsi="Calibri Light" w:cs="Calibri Light"/>
          <w:lang w:val="de-DE"/>
        </w:rPr>
        <w:t>-</w:t>
      </w:r>
      <w:r w:rsidR="00EA334C" w:rsidRPr="00EE1C51">
        <w:rPr>
          <w:rFonts w:ascii="Calibri Light" w:hAnsi="Calibri Light" w:cs="Calibri Light"/>
          <w:lang w:val="de-DE"/>
        </w:rPr>
        <w:t>bogen, Zertifikate).</w:t>
      </w:r>
    </w:p>
    <w:p w14:paraId="7697B408" w14:textId="0CA8DC94" w:rsidR="00D81DCE" w:rsidRDefault="00EA334C" w:rsidP="00F54620">
      <w:pPr>
        <w:pStyle w:val="Aufzhlungszeichen"/>
        <w:numPr>
          <w:ilvl w:val="0"/>
          <w:numId w:val="23"/>
        </w:num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>Festgestellte Mängel sind mit Fristen zu beheben; bei erheblichen Mängeln sind geeignete Maßnahmen zu ergreifen (bis hin zur Beendigung der Zusammenarbeit).</w:t>
      </w:r>
    </w:p>
    <w:p w14:paraId="6B4E8131" w14:textId="77777777" w:rsidR="00F54620" w:rsidRPr="00EE1C51" w:rsidRDefault="00F54620" w:rsidP="00F54620">
      <w:pPr>
        <w:pStyle w:val="Aufzhlungszeichen"/>
        <w:numPr>
          <w:ilvl w:val="0"/>
          <w:numId w:val="0"/>
        </w:numPr>
        <w:ind w:left="360"/>
        <w:rPr>
          <w:rFonts w:ascii="Calibri Light" w:hAnsi="Calibri Light" w:cs="Calibri Light"/>
          <w:lang w:val="de-DE"/>
        </w:rPr>
      </w:pPr>
    </w:p>
    <w:p w14:paraId="34E295E9" w14:textId="77777777" w:rsidR="00D81DCE" w:rsidRPr="001C35E2" w:rsidRDefault="00EA334C">
      <w:pPr>
        <w:pStyle w:val="Listennummer"/>
        <w:numPr>
          <w:ilvl w:val="0"/>
          <w:numId w:val="15"/>
        </w:numPr>
        <w:rPr>
          <w:rFonts w:ascii="Calibri Light" w:hAnsi="Calibri Light" w:cs="Calibri Light"/>
          <w:sz w:val="28"/>
          <w:szCs w:val="28"/>
        </w:rPr>
      </w:pPr>
      <w:r w:rsidRPr="001C35E2">
        <w:rPr>
          <w:rFonts w:ascii="Calibri Light" w:hAnsi="Calibri Light" w:cs="Calibri Light"/>
          <w:sz w:val="28"/>
          <w:szCs w:val="28"/>
        </w:rPr>
        <w:t>Sanktionen</w:t>
      </w:r>
    </w:p>
    <w:p w14:paraId="739DE0FC" w14:textId="63FDD090" w:rsidR="00D81DCE" w:rsidRPr="00EE1C51" w:rsidRDefault="00EA334C">
      <w:p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t xml:space="preserve">Ein Verstoß von Beschäftigten von </w:t>
      </w:r>
      <w:r w:rsidR="00F54620">
        <w:rPr>
          <w:rFonts w:ascii="Calibri Light" w:hAnsi="Calibri Light" w:cs="Calibri Light"/>
          <w:lang w:val="de-DE"/>
        </w:rPr>
        <w:t xml:space="preserve">der </w:t>
      </w:r>
      <w:r w:rsidR="00F54620">
        <w:rPr>
          <w:rFonts w:ascii="Calibri Light" w:hAnsi="Calibri Light" w:cs="Calibri Light"/>
          <w:b/>
          <w:bCs/>
          <w:lang w:val="de-DE"/>
        </w:rPr>
        <w:t xml:space="preserve">Muster GmbH </w:t>
      </w:r>
      <w:r w:rsidRPr="00EE1C51">
        <w:rPr>
          <w:rFonts w:ascii="Calibri Light" w:hAnsi="Calibri Light" w:cs="Calibri Light"/>
          <w:lang w:val="de-DE"/>
        </w:rPr>
        <w:t>gegen diese Richtlinie kann eine arbeitsvertragliche Pflichtverletzung darstellen und entsprechend arbeitsrechtlich sanktioniert werden.</w:t>
      </w:r>
    </w:p>
    <w:p w14:paraId="0ACD1F7B" w14:textId="1B3720D9" w:rsidR="00D81DCE" w:rsidRPr="00EE1C51" w:rsidRDefault="00EA334C">
      <w:pPr>
        <w:rPr>
          <w:rFonts w:ascii="Calibri Light" w:hAnsi="Calibri Light" w:cs="Calibri Light"/>
          <w:lang w:val="de-DE"/>
        </w:rPr>
      </w:pPr>
      <w:r w:rsidRPr="00EE1C51">
        <w:rPr>
          <w:rFonts w:ascii="Calibri Light" w:hAnsi="Calibri Light" w:cs="Calibri Light"/>
          <w:lang w:val="de-DE"/>
        </w:rPr>
        <w:lastRenderedPageBreak/>
        <w:t>Die Verträge mit Lieferanten und sonstigen Auftragnehmern sollen Regelungen enthalten, die bei Verstößen gegen Datenschutz- und Sicherheitsvorgaben Sanktionen vorsehen (z. B. Vertrags</w:t>
      </w:r>
      <w:r w:rsidR="00F54620">
        <w:rPr>
          <w:rFonts w:ascii="Calibri Light" w:hAnsi="Calibri Light" w:cs="Calibri Light"/>
          <w:lang w:val="de-DE"/>
        </w:rPr>
        <w:t>-</w:t>
      </w:r>
      <w:r w:rsidRPr="00EE1C51">
        <w:rPr>
          <w:rFonts w:ascii="Calibri Light" w:hAnsi="Calibri Light" w:cs="Calibri Light"/>
          <w:lang w:val="de-DE"/>
        </w:rPr>
        <w:t>strafen, Schadensersatz, fristlose Kündigung).</w:t>
      </w:r>
    </w:p>
    <w:p w14:paraId="22E28A99" w14:textId="44037483" w:rsidR="00D81DCE" w:rsidRPr="001C35E2" w:rsidRDefault="00F54620">
      <w:pPr>
        <w:rPr>
          <w:rFonts w:ascii="Calibri Light" w:hAnsi="Calibri Light" w:cs="Calibri Light"/>
          <w:sz w:val="20"/>
          <w:szCs w:val="20"/>
        </w:rPr>
      </w:pPr>
      <w:r w:rsidRPr="001C35E2">
        <w:rPr>
          <w:rFonts w:ascii="Calibri Light" w:hAnsi="Calibri Light" w:cs="Calibri Light"/>
          <w:lang w:val="de-DE"/>
        </w:rPr>
        <w:br/>
      </w:r>
      <w:r w:rsidR="00EA334C" w:rsidRPr="001C35E2">
        <w:rPr>
          <w:rFonts w:ascii="Calibri Light" w:hAnsi="Calibri Light" w:cs="Calibri Light"/>
          <w:sz w:val="20"/>
          <w:szCs w:val="20"/>
        </w:rPr>
        <w:t xml:space="preserve">Stand: </w:t>
      </w:r>
      <w:r w:rsidR="001C35E2">
        <w:rPr>
          <w:rFonts w:ascii="Calibri Light" w:hAnsi="Calibri Light" w:cs="Calibri Light"/>
          <w:sz w:val="20"/>
          <w:szCs w:val="20"/>
        </w:rPr>
        <w:t>20.</w:t>
      </w:r>
      <w:r w:rsidR="00EA334C" w:rsidRPr="001C35E2">
        <w:rPr>
          <w:rFonts w:ascii="Calibri Light" w:hAnsi="Calibri Light" w:cs="Calibri Light"/>
          <w:sz w:val="20"/>
          <w:szCs w:val="20"/>
        </w:rPr>
        <w:t>0</w:t>
      </w:r>
      <w:r w:rsidRPr="001C35E2">
        <w:rPr>
          <w:rFonts w:ascii="Calibri Light" w:hAnsi="Calibri Light" w:cs="Calibri Light"/>
          <w:sz w:val="20"/>
          <w:szCs w:val="20"/>
        </w:rPr>
        <w:t>8</w:t>
      </w:r>
      <w:r w:rsidR="00EA334C" w:rsidRPr="001C35E2">
        <w:rPr>
          <w:rFonts w:ascii="Calibri Light" w:hAnsi="Calibri Light" w:cs="Calibri Light"/>
          <w:sz w:val="20"/>
          <w:szCs w:val="20"/>
        </w:rPr>
        <w:t>.2026</w:t>
      </w:r>
    </w:p>
    <w:sectPr w:rsidR="00D81DCE" w:rsidRPr="001C35E2" w:rsidSect="00F54620">
      <w:footerReference w:type="default" r:id="rId8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24A3F" w14:textId="77777777" w:rsidR="001E0F45" w:rsidRDefault="001E0F45" w:rsidP="00F54620">
      <w:pPr>
        <w:spacing w:after="0" w:line="240" w:lineRule="auto"/>
      </w:pPr>
      <w:r>
        <w:separator/>
      </w:r>
    </w:p>
  </w:endnote>
  <w:endnote w:type="continuationSeparator" w:id="0">
    <w:p w14:paraId="311964B5" w14:textId="77777777" w:rsidR="001E0F45" w:rsidRDefault="001E0F45" w:rsidP="00F54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88CBB" w14:textId="7C4B4603" w:rsidR="00F54620" w:rsidRPr="00F54620" w:rsidRDefault="00F54620">
    <w:pPr>
      <w:pStyle w:val="Fuzeile"/>
      <w:rPr>
        <w:rFonts w:ascii="Calibri Light" w:hAnsi="Calibri Light" w:cs="Calibri Light"/>
        <w:sz w:val="18"/>
        <w:szCs w:val="18"/>
      </w:rPr>
    </w:pPr>
    <w:r>
      <w:rPr>
        <w:rFonts w:ascii="Calibri Light" w:hAnsi="Calibri Light" w:cs="Calibri Light"/>
        <w:sz w:val="18"/>
        <w:szCs w:val="18"/>
        <w:lang w:val="de-DE"/>
      </w:rPr>
      <w:tab/>
    </w:r>
    <w:r>
      <w:rPr>
        <w:rFonts w:ascii="Calibri Light" w:hAnsi="Calibri Light" w:cs="Calibri Light"/>
        <w:sz w:val="18"/>
        <w:szCs w:val="18"/>
        <w:lang w:val="de-DE"/>
      </w:rPr>
      <w:tab/>
    </w:r>
    <w:r w:rsidRPr="00F54620">
      <w:rPr>
        <w:rFonts w:ascii="Calibri Light" w:hAnsi="Calibri Light" w:cs="Calibri Light"/>
        <w:sz w:val="18"/>
        <w:szCs w:val="18"/>
        <w:lang w:val="de-DE"/>
      </w:rPr>
      <w:t xml:space="preserve"> </w:t>
    </w:r>
    <w:r w:rsidRPr="00F54620">
      <w:rPr>
        <w:rFonts w:ascii="Calibri Light" w:hAnsi="Calibri Light" w:cs="Calibri Light"/>
        <w:sz w:val="18"/>
        <w:szCs w:val="18"/>
      </w:rPr>
      <w:fldChar w:fldCharType="begin"/>
    </w:r>
    <w:r w:rsidRPr="00F54620">
      <w:rPr>
        <w:rFonts w:ascii="Calibri Light" w:hAnsi="Calibri Light" w:cs="Calibri Light"/>
        <w:sz w:val="18"/>
        <w:szCs w:val="18"/>
      </w:rPr>
      <w:instrText>PAGE  \* Arabic  \* MERGEFORMAT</w:instrText>
    </w:r>
    <w:r w:rsidRPr="00F54620">
      <w:rPr>
        <w:rFonts w:ascii="Calibri Light" w:hAnsi="Calibri Light" w:cs="Calibri Light"/>
        <w:sz w:val="18"/>
        <w:szCs w:val="18"/>
      </w:rPr>
      <w:fldChar w:fldCharType="separate"/>
    </w:r>
    <w:r w:rsidRPr="00F54620">
      <w:rPr>
        <w:rFonts w:ascii="Calibri Light" w:hAnsi="Calibri Light" w:cs="Calibri Light"/>
        <w:sz w:val="18"/>
        <w:szCs w:val="18"/>
        <w:lang w:val="de-DE"/>
      </w:rPr>
      <w:t>1</w:t>
    </w:r>
    <w:r w:rsidRPr="00F54620">
      <w:rPr>
        <w:rFonts w:ascii="Calibri Light" w:hAnsi="Calibri Light" w:cs="Calibri Light"/>
        <w:sz w:val="18"/>
        <w:szCs w:val="18"/>
      </w:rPr>
      <w:fldChar w:fldCharType="end"/>
    </w:r>
    <w:r w:rsidRPr="00F54620">
      <w:rPr>
        <w:rFonts w:ascii="Calibri Light" w:hAnsi="Calibri Light" w:cs="Calibri Light"/>
        <w:sz w:val="18"/>
        <w:szCs w:val="18"/>
        <w:lang w:val="de-DE"/>
      </w:rPr>
      <w:t xml:space="preserve"> / </w:t>
    </w:r>
    <w:r w:rsidRPr="00F54620">
      <w:rPr>
        <w:rFonts w:ascii="Calibri Light" w:hAnsi="Calibri Light" w:cs="Calibri Light"/>
        <w:sz w:val="18"/>
        <w:szCs w:val="18"/>
      </w:rPr>
      <w:fldChar w:fldCharType="begin"/>
    </w:r>
    <w:r w:rsidRPr="00F54620">
      <w:rPr>
        <w:rFonts w:ascii="Calibri Light" w:hAnsi="Calibri Light" w:cs="Calibri Light"/>
        <w:sz w:val="18"/>
        <w:szCs w:val="18"/>
      </w:rPr>
      <w:instrText>NUMPAGES  \* Arabic  \* MERGEFORMAT</w:instrText>
    </w:r>
    <w:r w:rsidRPr="00F54620">
      <w:rPr>
        <w:rFonts w:ascii="Calibri Light" w:hAnsi="Calibri Light" w:cs="Calibri Light"/>
        <w:sz w:val="18"/>
        <w:szCs w:val="18"/>
      </w:rPr>
      <w:fldChar w:fldCharType="separate"/>
    </w:r>
    <w:r w:rsidRPr="00F54620">
      <w:rPr>
        <w:rFonts w:ascii="Calibri Light" w:hAnsi="Calibri Light" w:cs="Calibri Light"/>
        <w:sz w:val="18"/>
        <w:szCs w:val="18"/>
        <w:lang w:val="de-DE"/>
      </w:rPr>
      <w:t>2</w:t>
    </w:r>
    <w:r w:rsidRPr="00F54620">
      <w:rPr>
        <w:rFonts w:ascii="Calibri Light" w:hAnsi="Calibri Light" w:cs="Calibri Light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404A2" w14:textId="77777777" w:rsidR="001E0F45" w:rsidRDefault="001E0F45" w:rsidP="00F54620">
      <w:pPr>
        <w:spacing w:after="0" w:line="240" w:lineRule="auto"/>
      </w:pPr>
      <w:r>
        <w:separator/>
      </w:r>
    </w:p>
  </w:footnote>
  <w:footnote w:type="continuationSeparator" w:id="0">
    <w:p w14:paraId="347934F9" w14:textId="77777777" w:rsidR="001E0F45" w:rsidRDefault="001E0F45" w:rsidP="00F54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4F460D"/>
    <w:multiLevelType w:val="hybridMultilevel"/>
    <w:tmpl w:val="68200C08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DB03E1A"/>
    <w:multiLevelType w:val="hybridMultilevel"/>
    <w:tmpl w:val="6F047D24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F7824EC"/>
    <w:multiLevelType w:val="hybridMultilevel"/>
    <w:tmpl w:val="62609A84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FEB65B6"/>
    <w:multiLevelType w:val="hybridMultilevel"/>
    <w:tmpl w:val="A36AB37A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B0321A"/>
    <w:multiLevelType w:val="hybridMultilevel"/>
    <w:tmpl w:val="B0F0946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D83310"/>
    <w:multiLevelType w:val="hybridMultilevel"/>
    <w:tmpl w:val="58508078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3641E6E"/>
    <w:multiLevelType w:val="hybridMultilevel"/>
    <w:tmpl w:val="2BBC29C4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2428B9"/>
    <w:multiLevelType w:val="hybridMultilevel"/>
    <w:tmpl w:val="0140567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B334EFE"/>
    <w:multiLevelType w:val="hybridMultilevel"/>
    <w:tmpl w:val="5DB441A4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DBE6852"/>
    <w:multiLevelType w:val="hybridMultilevel"/>
    <w:tmpl w:val="B20CE27C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FEF7B1C"/>
    <w:multiLevelType w:val="hybridMultilevel"/>
    <w:tmpl w:val="578E358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18101B"/>
    <w:multiLevelType w:val="hybridMultilevel"/>
    <w:tmpl w:val="1D34C36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30961690">
    <w:abstractNumId w:val="8"/>
  </w:num>
  <w:num w:numId="2" w16cid:durableId="733889861">
    <w:abstractNumId w:val="6"/>
  </w:num>
  <w:num w:numId="3" w16cid:durableId="1015300673">
    <w:abstractNumId w:val="5"/>
  </w:num>
  <w:num w:numId="4" w16cid:durableId="2030792088">
    <w:abstractNumId w:val="4"/>
  </w:num>
  <w:num w:numId="5" w16cid:durableId="159935027">
    <w:abstractNumId w:val="7"/>
  </w:num>
  <w:num w:numId="6" w16cid:durableId="2065374234">
    <w:abstractNumId w:val="3"/>
  </w:num>
  <w:num w:numId="7" w16cid:durableId="1906187093">
    <w:abstractNumId w:val="2"/>
  </w:num>
  <w:num w:numId="8" w16cid:durableId="134184899">
    <w:abstractNumId w:val="1"/>
  </w:num>
  <w:num w:numId="9" w16cid:durableId="2002345427">
    <w:abstractNumId w:val="0"/>
  </w:num>
  <w:num w:numId="10" w16cid:durableId="1588690792">
    <w:abstractNumId w:val="7"/>
    <w:lvlOverride w:ilvl="0">
      <w:startOverride w:val="2"/>
    </w:lvlOverride>
  </w:num>
  <w:num w:numId="11" w16cid:durableId="141313931">
    <w:abstractNumId w:val="7"/>
    <w:lvlOverride w:ilvl="0">
      <w:startOverride w:val="3"/>
    </w:lvlOverride>
  </w:num>
  <w:num w:numId="12" w16cid:durableId="1992324408">
    <w:abstractNumId w:val="7"/>
    <w:lvlOverride w:ilvl="0">
      <w:startOverride w:val="4"/>
    </w:lvlOverride>
  </w:num>
  <w:num w:numId="13" w16cid:durableId="778447385">
    <w:abstractNumId w:val="7"/>
    <w:lvlOverride w:ilvl="0">
      <w:startOverride w:val="5"/>
    </w:lvlOverride>
  </w:num>
  <w:num w:numId="14" w16cid:durableId="1944068818">
    <w:abstractNumId w:val="7"/>
    <w:lvlOverride w:ilvl="0">
      <w:startOverride w:val="6"/>
    </w:lvlOverride>
  </w:num>
  <w:num w:numId="15" w16cid:durableId="1238370158">
    <w:abstractNumId w:val="7"/>
    <w:lvlOverride w:ilvl="0">
      <w:startOverride w:val="7"/>
    </w:lvlOverride>
  </w:num>
  <w:num w:numId="16" w16cid:durableId="1992100428">
    <w:abstractNumId w:val="14"/>
  </w:num>
  <w:num w:numId="17" w16cid:durableId="645814727">
    <w:abstractNumId w:val="17"/>
  </w:num>
  <w:num w:numId="18" w16cid:durableId="770928894">
    <w:abstractNumId w:val="11"/>
  </w:num>
  <w:num w:numId="19" w16cid:durableId="663163427">
    <w:abstractNumId w:val="9"/>
  </w:num>
  <w:num w:numId="20" w16cid:durableId="1242448339">
    <w:abstractNumId w:val="18"/>
  </w:num>
  <w:num w:numId="21" w16cid:durableId="1816069518">
    <w:abstractNumId w:val="16"/>
  </w:num>
  <w:num w:numId="22" w16cid:durableId="643701230">
    <w:abstractNumId w:val="20"/>
  </w:num>
  <w:num w:numId="23" w16cid:durableId="1242066002">
    <w:abstractNumId w:val="15"/>
  </w:num>
  <w:num w:numId="24" w16cid:durableId="1390306474">
    <w:abstractNumId w:val="13"/>
  </w:num>
  <w:num w:numId="25" w16cid:durableId="1594315501">
    <w:abstractNumId w:val="12"/>
  </w:num>
  <w:num w:numId="26" w16cid:durableId="1317487547">
    <w:abstractNumId w:val="10"/>
  </w:num>
  <w:num w:numId="27" w16cid:durableId="6275885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C35E2"/>
    <w:rsid w:val="001E0F45"/>
    <w:rsid w:val="0029639D"/>
    <w:rsid w:val="00326F90"/>
    <w:rsid w:val="00533E05"/>
    <w:rsid w:val="005A337A"/>
    <w:rsid w:val="0062571C"/>
    <w:rsid w:val="00926495"/>
    <w:rsid w:val="009E3D60"/>
    <w:rsid w:val="00AA1D8D"/>
    <w:rsid w:val="00AB64DB"/>
    <w:rsid w:val="00B47730"/>
    <w:rsid w:val="00BA3422"/>
    <w:rsid w:val="00CB0664"/>
    <w:rsid w:val="00D81DCE"/>
    <w:rsid w:val="00EA334C"/>
    <w:rsid w:val="00EE1C51"/>
    <w:rsid w:val="00F03EF9"/>
    <w:rsid w:val="00F54620"/>
    <w:rsid w:val="00FC693F"/>
    <w:rsid w:val="00FD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6DE369"/>
  <w14:defaultImageDpi w14:val="300"/>
  <w15:docId w15:val="{21CC0492-E146-4AB7-B29F-59B306D46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B64DB"/>
  </w:style>
  <w:style w:type="paragraph" w:styleId="berschrift1">
    <w:name w:val="heading 1"/>
    <w:basedOn w:val="Standard"/>
    <w:next w:val="Standard"/>
    <w:link w:val="berschrift1Zchn"/>
    <w:uiPriority w:val="9"/>
    <w:qFormat/>
    <w:rsid w:val="00AB64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B64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B64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B64DB"/>
    <w:pPr>
      <w:keepNext/>
      <w:keepLines/>
      <w:spacing w:before="40" w:after="0"/>
      <w:outlineLvl w:val="3"/>
    </w:pPr>
    <w:rPr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B64DB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B64DB"/>
    <w:pPr>
      <w:keepNext/>
      <w:keepLines/>
      <w:spacing w:before="40" w:after="0"/>
      <w:outlineLvl w:val="5"/>
    </w:p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B64D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B64DB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B64D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AB64DB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AB64DB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B64DB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B64DB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AB64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B64D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B64D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B64DB"/>
    <w:rPr>
      <w:color w:val="5A5A5A" w:themeColor="text1" w:themeTint="A5"/>
      <w:spacing w:val="15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AB64D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B64DB"/>
    <w:rPr>
      <w:i/>
      <w:iCs/>
      <w:color w:val="404040" w:themeColor="text1" w:themeTint="BF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B64DB"/>
    <w:rPr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B64DB"/>
    <w:rPr>
      <w:color w:val="404040" w:themeColor="text1" w:themeTint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B64DB"/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B64DB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B64DB"/>
    <w:rPr>
      <w:color w:val="262626" w:themeColor="text1" w:themeTint="D9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B64D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B64DB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Fett">
    <w:name w:val="Strong"/>
    <w:basedOn w:val="Absatz-Standardschriftart"/>
    <w:uiPriority w:val="22"/>
    <w:qFormat/>
    <w:rsid w:val="00AB64DB"/>
    <w:rPr>
      <w:b/>
      <w:bCs/>
      <w:color w:val="auto"/>
    </w:rPr>
  </w:style>
  <w:style w:type="character" w:styleId="Hervorhebung">
    <w:name w:val="Emphasis"/>
    <w:basedOn w:val="Absatz-Standardschriftart"/>
    <w:uiPriority w:val="20"/>
    <w:qFormat/>
    <w:rsid w:val="00AB64DB"/>
    <w:rPr>
      <w:i/>
      <w:iCs/>
      <w:color w:val="auto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B64DB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B64DB"/>
    <w:rPr>
      <w:i/>
      <w:iCs/>
      <w:color w:val="404040" w:themeColor="text1" w:themeTint="BF"/>
    </w:rPr>
  </w:style>
  <w:style w:type="character" w:styleId="SchwacheHervorhebung">
    <w:name w:val="Subtle Emphasis"/>
    <w:basedOn w:val="Absatz-Standardschriftart"/>
    <w:uiPriority w:val="19"/>
    <w:qFormat/>
    <w:rsid w:val="00AB64DB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AB64DB"/>
    <w:rPr>
      <w:b/>
      <w:bCs/>
      <w:i/>
      <w:iCs/>
      <w:color w:val="auto"/>
    </w:rPr>
  </w:style>
  <w:style w:type="character" w:styleId="SchwacherVerweis">
    <w:name w:val="Subtle Reference"/>
    <w:basedOn w:val="Absatz-Standardschriftart"/>
    <w:uiPriority w:val="31"/>
    <w:qFormat/>
    <w:rsid w:val="00AB64DB"/>
    <w:rPr>
      <w:smallCap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AB64DB"/>
    <w:rPr>
      <w:b/>
      <w:bCs/>
      <w:smallCaps/>
      <w:color w:val="404040" w:themeColor="text1" w:themeTint="BF"/>
      <w:spacing w:val="5"/>
    </w:rPr>
  </w:style>
  <w:style w:type="character" w:styleId="Buchtitel">
    <w:name w:val="Book Title"/>
    <w:basedOn w:val="Absatz-Standardschriftart"/>
    <w:uiPriority w:val="33"/>
    <w:qFormat/>
    <w:rsid w:val="00AB64DB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B64DB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1086</Words>
  <Characters>6843</Characters>
  <Application>Microsoft Office Word</Application>
  <DocSecurity>0</DocSecurity>
  <Lines>57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7914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Henning Wehming</cp:lastModifiedBy>
  <cp:revision>2</cp:revision>
  <dcterms:created xsi:type="dcterms:W3CDTF">2026-08-19T12:50:00Z</dcterms:created>
  <dcterms:modified xsi:type="dcterms:W3CDTF">2026-08-19T12:50:00Z</dcterms:modified>
  <cp:category/>
</cp:coreProperties>
</file>