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B6334E" w14:textId="5E8507AA" w:rsidR="00782DC2" w:rsidRPr="002E6640" w:rsidRDefault="00D62CAA">
      <w:pPr>
        <w:pStyle w:val="berschrift1"/>
        <w:rPr>
          <w:rFonts w:ascii="Calibri Light" w:hAnsi="Calibri Light" w:cs="Calibri Light"/>
          <w:b/>
          <w:bCs/>
          <w:sz w:val="36"/>
          <w:szCs w:val="36"/>
          <w:lang w:val="de-DE"/>
        </w:rPr>
      </w:pPr>
      <w:r w:rsidRPr="002E6640">
        <w:rPr>
          <w:rFonts w:ascii="Calibri Light" w:hAnsi="Calibri Light" w:cs="Calibri Light"/>
          <w:b/>
          <w:bCs/>
          <w:sz w:val="36"/>
          <w:szCs w:val="36"/>
          <w:lang w:val="de-DE"/>
        </w:rPr>
        <w:t>Informationspflichten</w:t>
      </w:r>
      <w:r w:rsidR="00871593" w:rsidRPr="002E6640">
        <w:rPr>
          <w:rFonts w:ascii="Calibri Light" w:hAnsi="Calibri Light" w:cs="Calibri Light"/>
          <w:b/>
          <w:bCs/>
          <w:sz w:val="36"/>
          <w:szCs w:val="36"/>
          <w:lang w:val="de-DE"/>
        </w:rPr>
        <w:t xml:space="preserve"> A</w:t>
      </w:r>
      <w:r w:rsidRPr="002E6640">
        <w:rPr>
          <w:rFonts w:ascii="Calibri Light" w:hAnsi="Calibri Light" w:cs="Calibri Light"/>
          <w:b/>
          <w:bCs/>
          <w:sz w:val="36"/>
          <w:szCs w:val="36"/>
          <w:lang w:val="de-DE"/>
        </w:rPr>
        <w:t>uftraggeber</w:t>
      </w:r>
      <w:r w:rsidR="00871593" w:rsidRPr="002E6640">
        <w:rPr>
          <w:rFonts w:ascii="Calibri Light" w:hAnsi="Calibri Light" w:cs="Calibri Light"/>
          <w:b/>
          <w:bCs/>
          <w:sz w:val="36"/>
          <w:szCs w:val="36"/>
          <w:lang w:val="de-DE"/>
        </w:rPr>
        <w:t>-</w:t>
      </w:r>
      <w:r w:rsidRPr="002E6640">
        <w:rPr>
          <w:rFonts w:ascii="Calibri Light" w:hAnsi="Calibri Light" w:cs="Calibri Light"/>
          <w:b/>
          <w:bCs/>
          <w:sz w:val="36"/>
          <w:szCs w:val="36"/>
          <w:lang w:val="de-DE"/>
        </w:rPr>
        <w:t>Auftragnehmer</w:t>
      </w:r>
    </w:p>
    <w:p w14:paraId="5CCE0CE8" w14:textId="77777777" w:rsidR="00A06521" w:rsidRPr="00A06521" w:rsidRDefault="002E6640" w:rsidP="00A06521">
      <w:pPr>
        <w:spacing w:line="276" w:lineRule="auto"/>
        <w:jc w:val="both"/>
        <w:rPr>
          <w:rFonts w:ascii="Calibri Light" w:eastAsia="Arial Unicode MS" w:hAnsi="Calibri Light" w:cs="Calibri Light"/>
          <w:b/>
          <w:bCs/>
          <w:i/>
          <w:iCs/>
          <w:color w:val="F5091A"/>
          <w:lang w:val="de-DE" w:eastAsia="de-DE"/>
        </w:rPr>
      </w:pPr>
      <w:r>
        <w:rPr>
          <w:rFonts w:ascii="Calibri Light" w:hAnsi="Calibri Light" w:cs="Calibri Light"/>
          <w:lang w:val="de-DE"/>
        </w:rPr>
        <w:br/>
      </w:r>
      <w:r w:rsidR="00A06521" w:rsidRPr="00A06521">
        <w:rPr>
          <w:rFonts w:ascii="Calibri Light" w:eastAsia="Arial Unicode MS" w:hAnsi="Calibri Light" w:cs="Calibri Light"/>
          <w:b/>
          <w:bCs/>
          <w:i/>
          <w:iCs/>
          <w:color w:val="F5091A"/>
          <w:lang w:val="de-DE" w:eastAsia="de-DE"/>
        </w:rPr>
        <w:t>Hinweis:</w:t>
      </w:r>
    </w:p>
    <w:p w14:paraId="67D2158B" w14:textId="77777777" w:rsidR="00A06521" w:rsidRPr="00A06521" w:rsidRDefault="00A06521" w:rsidP="00A06521">
      <w:pPr>
        <w:spacing w:after="0" w:line="276" w:lineRule="auto"/>
        <w:jc w:val="both"/>
        <w:rPr>
          <w:rFonts w:ascii="Calibri Light" w:eastAsia="Arial Unicode MS" w:hAnsi="Calibri Light" w:cs="Calibri Light"/>
          <w:i/>
          <w:iCs/>
          <w:color w:val="F5091A"/>
          <w:lang w:val="de-DE" w:eastAsia="de-DE"/>
        </w:rPr>
      </w:pPr>
      <w:r w:rsidRPr="00A06521">
        <w:rPr>
          <w:rFonts w:ascii="Calibri Light" w:eastAsia="Arial Unicode MS" w:hAnsi="Calibri Light" w:cs="Calibri Light"/>
          <w:i/>
          <w:iCs/>
          <w:color w:val="F5091A"/>
          <w:lang w:val="de-DE" w:eastAsia="de-DE"/>
        </w:rPr>
        <w:t xml:space="preserve">Diese Vorlage soll Ihnen als Orientierung dienen. Bitte passen Sie die Vorlage vor der Nutzung </w:t>
      </w:r>
      <w:r w:rsidRPr="00A06521">
        <w:rPr>
          <w:rFonts w:ascii="Calibri Light" w:eastAsia="Arial Unicode MS" w:hAnsi="Calibri Light" w:cs="Calibri Light"/>
          <w:i/>
          <w:iCs/>
          <w:color w:val="F5091A"/>
          <w:lang w:val="de-DE" w:eastAsia="de-DE"/>
        </w:rPr>
        <w:br/>
        <w:t xml:space="preserve">an die spezifischen Bedingungen und Datenverarbeitungsprozesse Ihres Unternehmens, Vereins, Verbands etc. an. Überprüfen Sie dementsprechend die Platzhalter und ergänzen Sie die erforderlichen Daten. </w:t>
      </w:r>
    </w:p>
    <w:p w14:paraId="0191599B" w14:textId="77777777" w:rsidR="00A06521" w:rsidRPr="00A06521" w:rsidRDefault="00A06521" w:rsidP="00A06521">
      <w:pPr>
        <w:spacing w:line="254" w:lineRule="auto"/>
        <w:rPr>
          <w:rFonts w:ascii="Calibri Light" w:eastAsia="MS Mincho" w:hAnsi="Calibri Light" w:cs="Calibri Light"/>
          <w:lang w:val="de-DE"/>
        </w:rPr>
      </w:pPr>
      <w:r w:rsidRPr="00A06521">
        <w:rPr>
          <w:rFonts w:ascii="Calibri Light" w:eastAsia="Arial Unicode MS" w:hAnsi="Calibri Light" w:cs="Calibri Light"/>
          <w:i/>
          <w:iCs/>
          <w:color w:val="F5091A"/>
          <w:lang w:val="de-DE" w:eastAsia="de-DE"/>
        </w:rPr>
        <w:t>Danke!</w:t>
      </w:r>
    </w:p>
    <w:p w14:paraId="5BE3564A" w14:textId="165451A5" w:rsidR="002E6640" w:rsidRPr="002E6640" w:rsidRDefault="002E6640" w:rsidP="002E6640">
      <w:pPr>
        <w:rPr>
          <w:rFonts w:ascii="Calibri Light" w:hAnsi="Calibri Light" w:cs="Calibri Light"/>
          <w:lang w:val="de-DE"/>
        </w:rPr>
      </w:pPr>
      <w:r w:rsidRPr="002E6640">
        <w:rPr>
          <w:rFonts w:ascii="Calibri Light" w:hAnsi="Calibri Light" w:cs="Calibri Light"/>
          <w:lang w:val="de-DE"/>
        </w:rPr>
        <w:t>&gt;&gt;Personenbezogene Formulierungen gelten für alle Geschlechter (m/w/d) gleichermaßen&lt;&lt;</w:t>
      </w:r>
    </w:p>
    <w:p w14:paraId="075BE167" w14:textId="4C454757" w:rsidR="00782DC2" w:rsidRPr="00A06521" w:rsidRDefault="00A06521">
      <w:pPr>
        <w:rPr>
          <w:rFonts w:ascii="Calibri Light" w:hAnsi="Calibri Light" w:cs="Calibri Light"/>
          <w:b/>
          <w:bCs/>
          <w:sz w:val="28"/>
          <w:szCs w:val="28"/>
          <w:lang w:val="de-DE"/>
        </w:rPr>
      </w:pPr>
      <w:r>
        <w:rPr>
          <w:rFonts w:ascii="Calibri Light" w:hAnsi="Calibri Light" w:cs="Calibri Light"/>
          <w:b/>
          <w:bCs/>
          <w:sz w:val="28"/>
          <w:szCs w:val="28"/>
          <w:lang w:val="de-DE"/>
        </w:rPr>
        <w:br/>
      </w:r>
      <w:r w:rsidR="00D62CAA" w:rsidRPr="00A06521">
        <w:rPr>
          <w:rFonts w:ascii="Calibri Light" w:hAnsi="Calibri Light" w:cs="Calibri Light"/>
          <w:b/>
          <w:bCs/>
          <w:sz w:val="28"/>
          <w:szCs w:val="28"/>
          <w:lang w:val="de-DE"/>
        </w:rPr>
        <w:t>Information bei Erhebung von Daten zwischen Auftraggebern, Auftrag</w:t>
      </w:r>
      <w:r w:rsidRPr="00A06521">
        <w:rPr>
          <w:rFonts w:ascii="Calibri Light" w:hAnsi="Calibri Light" w:cs="Calibri Light"/>
          <w:b/>
          <w:bCs/>
          <w:sz w:val="28"/>
          <w:szCs w:val="28"/>
          <w:lang w:val="de-DE"/>
        </w:rPr>
        <w:t>-</w:t>
      </w:r>
      <w:r w:rsidR="00D62CAA" w:rsidRPr="00A06521">
        <w:rPr>
          <w:rFonts w:ascii="Calibri Light" w:hAnsi="Calibri Light" w:cs="Calibri Light"/>
          <w:b/>
          <w:bCs/>
          <w:sz w:val="28"/>
          <w:szCs w:val="28"/>
          <w:lang w:val="de-DE"/>
        </w:rPr>
        <w:t>nehmern und Lieferanten</w:t>
      </w:r>
    </w:p>
    <w:p w14:paraId="39DA449E" w14:textId="0E25C54C" w:rsidR="00782DC2" w:rsidRPr="002E6640" w:rsidRDefault="00D62CAA" w:rsidP="00A06521">
      <w:pPr>
        <w:pStyle w:val="Listennummer"/>
        <w:numPr>
          <w:ilvl w:val="0"/>
          <w:numId w:val="0"/>
        </w:numPr>
        <w:ind w:left="360" w:hanging="360"/>
        <w:rPr>
          <w:rFonts w:ascii="Calibri Light" w:hAnsi="Calibri Light" w:cs="Calibri Light"/>
          <w:lang w:val="de-DE"/>
        </w:rPr>
      </w:pPr>
      <w:r w:rsidRPr="00A06521">
        <w:rPr>
          <w:rFonts w:ascii="Calibri Light" w:hAnsi="Calibri Light" w:cs="Calibri Light"/>
          <w:sz w:val="28"/>
          <w:szCs w:val="28"/>
          <w:lang w:val="de-DE"/>
        </w:rPr>
        <w:t>Verantwortlicher für die Datenverarbeitung</w:t>
      </w:r>
      <w:r w:rsidR="00A06521" w:rsidRPr="00A06521">
        <w:rPr>
          <w:rFonts w:ascii="Calibri Light" w:hAnsi="Calibri Light" w:cs="Calibri Light"/>
          <w:sz w:val="28"/>
          <w:szCs w:val="28"/>
          <w:lang w:val="de-DE"/>
        </w:rPr>
        <w:t xml:space="preserve"> i</w:t>
      </w:r>
      <w:r w:rsidR="00A06521">
        <w:rPr>
          <w:rFonts w:ascii="Calibri Light" w:hAnsi="Calibri Light" w:cs="Calibri Light"/>
          <w:sz w:val="28"/>
          <w:szCs w:val="28"/>
          <w:lang w:val="de-DE"/>
        </w:rPr>
        <w:t xml:space="preserve">m Sinne der </w:t>
      </w:r>
      <w:r w:rsidR="00A06521" w:rsidRPr="00A06521">
        <w:rPr>
          <w:rFonts w:ascii="Calibri Light" w:hAnsi="Calibri Light" w:cs="Calibri Light"/>
          <w:sz w:val="28"/>
          <w:szCs w:val="28"/>
          <w:lang w:val="de-DE"/>
        </w:rPr>
        <w:t>DSGVO</w:t>
      </w:r>
      <w:r w:rsidRPr="00A06521">
        <w:rPr>
          <w:rFonts w:ascii="Calibri Light" w:hAnsi="Calibri Light" w:cs="Calibri Light"/>
          <w:sz w:val="28"/>
          <w:szCs w:val="28"/>
          <w:lang w:val="de-DE"/>
        </w:rPr>
        <w:t xml:space="preserve"> ist:</w:t>
      </w:r>
    </w:p>
    <w:p w14:paraId="6C9C0D14" w14:textId="77777777" w:rsidR="002E6640" w:rsidRPr="002E6640" w:rsidRDefault="002E6640" w:rsidP="002E6640">
      <w:pPr>
        <w:rPr>
          <w:rFonts w:ascii="Calibri Light" w:hAnsi="Calibri Light" w:cs="Calibri Light"/>
          <w:lang w:val="de-DE"/>
        </w:rPr>
      </w:pPr>
      <w:r w:rsidRPr="002E6640">
        <w:rPr>
          <w:rFonts w:ascii="Calibri Light" w:hAnsi="Calibri Light" w:cs="Calibri Light"/>
          <w:lang w:val="de-DE"/>
        </w:rPr>
        <w:t>Musterfirma Mustermann GmbH</w:t>
      </w:r>
      <w:r w:rsidRPr="002E6640">
        <w:rPr>
          <w:rFonts w:ascii="Calibri Light" w:hAnsi="Calibri Light" w:cs="Calibri Light"/>
          <w:lang w:val="de-DE"/>
        </w:rPr>
        <w:br/>
        <w:t xml:space="preserve">Frau Musterfrau / Herr Mustermann </w:t>
      </w:r>
      <w:r w:rsidRPr="002E6640">
        <w:rPr>
          <w:rFonts w:ascii="Calibri Light" w:hAnsi="Calibri Light" w:cs="Calibri Light"/>
          <w:lang w:val="de-DE"/>
        </w:rPr>
        <w:br/>
        <w:t>Musterstraße 1</w:t>
      </w:r>
      <w:r w:rsidRPr="002E6640">
        <w:rPr>
          <w:rFonts w:ascii="Calibri Light" w:hAnsi="Calibri Light" w:cs="Calibri Light"/>
          <w:lang w:val="de-DE"/>
        </w:rPr>
        <w:br/>
        <w:t>12345 Musterstadt</w:t>
      </w:r>
    </w:p>
    <w:p w14:paraId="3131B6BD" w14:textId="2771930A" w:rsidR="00782DC2" w:rsidRPr="002E6640" w:rsidRDefault="00D62CAA">
      <w:pPr>
        <w:rPr>
          <w:rFonts w:ascii="Calibri Light" w:hAnsi="Calibri Light" w:cs="Calibri Light"/>
          <w:lang w:val="de-DE"/>
        </w:rPr>
      </w:pPr>
      <w:r w:rsidRPr="002E6640">
        <w:rPr>
          <w:rFonts w:ascii="Calibri Light" w:hAnsi="Calibri Light" w:cs="Calibri Light"/>
          <w:lang w:val="de-DE"/>
        </w:rPr>
        <w:t>Weitere Informationen (z. B. vertretungsberechtigte Personen, Kontaktdaten) finden Sie im Impressum unserer Internetseite.</w:t>
      </w:r>
      <w:r w:rsidR="002E6640">
        <w:rPr>
          <w:rFonts w:ascii="Calibri Light" w:hAnsi="Calibri Light" w:cs="Calibri Light"/>
          <w:lang w:val="de-DE"/>
        </w:rPr>
        <w:br/>
      </w:r>
    </w:p>
    <w:p w14:paraId="5B3C2ED9" w14:textId="77777777" w:rsidR="00782DC2" w:rsidRPr="00A06521" w:rsidRDefault="00D62CAA" w:rsidP="00A06521">
      <w:pPr>
        <w:pStyle w:val="Listennummer"/>
        <w:numPr>
          <w:ilvl w:val="0"/>
          <w:numId w:val="0"/>
        </w:numPr>
        <w:ind w:left="360" w:hanging="360"/>
        <w:rPr>
          <w:rFonts w:ascii="Calibri Light" w:hAnsi="Calibri Light" w:cs="Calibri Light"/>
          <w:sz w:val="28"/>
          <w:szCs w:val="28"/>
        </w:rPr>
      </w:pPr>
      <w:r w:rsidRPr="00A06521">
        <w:rPr>
          <w:rFonts w:ascii="Calibri Light" w:hAnsi="Calibri Light" w:cs="Calibri Light"/>
          <w:sz w:val="28"/>
          <w:szCs w:val="28"/>
        </w:rPr>
        <w:t>Zwecke der Verarbeitung</w:t>
      </w:r>
    </w:p>
    <w:p w14:paraId="2EDE31E5"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Wir verarbeiten Ihre personenbezogenen Daten zum Zweck der</w:t>
      </w:r>
    </w:p>
    <w:p w14:paraId="50DF49F2" w14:textId="77777777" w:rsidR="002E6640" w:rsidRDefault="00D62CAA" w:rsidP="002E6640">
      <w:pPr>
        <w:pStyle w:val="Aufzhlungszeichen"/>
        <w:numPr>
          <w:ilvl w:val="0"/>
          <w:numId w:val="1"/>
        </w:numPr>
        <w:rPr>
          <w:rFonts w:ascii="Calibri Light" w:hAnsi="Calibri Light" w:cs="Calibri Light"/>
          <w:lang w:val="de-DE"/>
        </w:rPr>
      </w:pPr>
      <w:r w:rsidRPr="002E6640">
        <w:rPr>
          <w:rFonts w:ascii="Calibri Light" w:hAnsi="Calibri Light" w:cs="Calibri Light"/>
          <w:lang w:val="de-DE"/>
        </w:rPr>
        <w:t>Anbahnung, Durchführung und Abwicklung von Vertragsverhältnissen (z. B. Lieferverträge, Dienstleistungsverträge),</w:t>
      </w:r>
    </w:p>
    <w:p w14:paraId="4AE87EF7" w14:textId="77777777" w:rsidR="002E6640" w:rsidRDefault="00D62CAA" w:rsidP="002E6640">
      <w:pPr>
        <w:pStyle w:val="Aufzhlungszeichen"/>
        <w:numPr>
          <w:ilvl w:val="0"/>
          <w:numId w:val="1"/>
        </w:numPr>
        <w:rPr>
          <w:rFonts w:ascii="Calibri Light" w:hAnsi="Calibri Light" w:cs="Calibri Light"/>
          <w:lang w:val="de-DE"/>
        </w:rPr>
      </w:pPr>
      <w:r w:rsidRPr="002E6640">
        <w:rPr>
          <w:rFonts w:ascii="Calibri Light" w:hAnsi="Calibri Light" w:cs="Calibri Light"/>
          <w:lang w:val="de-DE"/>
        </w:rPr>
        <w:t>Kommunikation im Rahmen bestehender oder angebahnter Geschäftsbeziehungen,</w:t>
      </w:r>
    </w:p>
    <w:p w14:paraId="60B03209" w14:textId="545B958F" w:rsidR="00782DC2" w:rsidRPr="002E6640" w:rsidRDefault="00D62CAA" w:rsidP="002E6640">
      <w:pPr>
        <w:pStyle w:val="Aufzhlungszeichen"/>
        <w:numPr>
          <w:ilvl w:val="0"/>
          <w:numId w:val="1"/>
        </w:numPr>
        <w:rPr>
          <w:rFonts w:ascii="Calibri Light" w:hAnsi="Calibri Light" w:cs="Calibri Light"/>
          <w:lang w:val="de-DE"/>
        </w:rPr>
      </w:pPr>
      <w:r w:rsidRPr="002E6640">
        <w:rPr>
          <w:rFonts w:ascii="Calibri Light" w:hAnsi="Calibri Light" w:cs="Calibri Light"/>
          <w:lang w:val="de-DE"/>
        </w:rPr>
        <w:t>Erfüllung gesetzlicher Pflichten (z. B. steuer- und handelsrechtliche Vorgaben).</w:t>
      </w:r>
      <w:r w:rsidR="002E6640">
        <w:rPr>
          <w:rFonts w:ascii="Calibri Light" w:hAnsi="Calibri Light" w:cs="Calibri Light"/>
          <w:lang w:val="de-DE"/>
        </w:rPr>
        <w:br/>
      </w:r>
    </w:p>
    <w:p w14:paraId="627C7D07" w14:textId="77777777" w:rsidR="00782DC2" w:rsidRPr="00A06521" w:rsidRDefault="00D62CAA" w:rsidP="00A06521">
      <w:pPr>
        <w:pStyle w:val="Listennummer"/>
        <w:numPr>
          <w:ilvl w:val="0"/>
          <w:numId w:val="0"/>
        </w:numPr>
        <w:rPr>
          <w:rFonts w:ascii="Calibri Light" w:hAnsi="Calibri Light" w:cs="Calibri Light"/>
          <w:sz w:val="28"/>
          <w:szCs w:val="28"/>
        </w:rPr>
      </w:pPr>
      <w:r w:rsidRPr="00A06521">
        <w:rPr>
          <w:rFonts w:ascii="Calibri Light" w:hAnsi="Calibri Light" w:cs="Calibri Light"/>
          <w:sz w:val="28"/>
          <w:szCs w:val="28"/>
        </w:rPr>
        <w:t>Kategorien personenbezogener Daten</w:t>
      </w:r>
    </w:p>
    <w:p w14:paraId="5CD555C0"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Wir verarbeiten insbesondere folgende Kategorien personenbezogener Daten:</w:t>
      </w:r>
    </w:p>
    <w:p w14:paraId="0E7417A8" w14:textId="77777777" w:rsidR="002E6640" w:rsidRDefault="00D62CAA" w:rsidP="002E6640">
      <w:pPr>
        <w:pStyle w:val="Aufzhlungszeichen"/>
        <w:numPr>
          <w:ilvl w:val="0"/>
          <w:numId w:val="19"/>
        </w:numPr>
        <w:ind w:left="284" w:hanging="284"/>
        <w:rPr>
          <w:rFonts w:ascii="Calibri Light" w:hAnsi="Calibri Light" w:cs="Calibri Light"/>
          <w:lang w:val="de-DE"/>
        </w:rPr>
      </w:pPr>
      <w:r w:rsidRPr="002E6640">
        <w:rPr>
          <w:rFonts w:ascii="Calibri Light" w:hAnsi="Calibri Light" w:cs="Calibri Light"/>
          <w:lang w:val="de-DE"/>
        </w:rPr>
        <w:t>Stammdaten (z. B. Name, Kontaktdaten, Funktion im Unternehmen),</w:t>
      </w:r>
    </w:p>
    <w:p w14:paraId="32738ACD" w14:textId="77777777" w:rsidR="002E6640" w:rsidRDefault="00D62CAA" w:rsidP="002E6640">
      <w:pPr>
        <w:pStyle w:val="Aufzhlungszeichen"/>
        <w:numPr>
          <w:ilvl w:val="0"/>
          <w:numId w:val="19"/>
        </w:numPr>
        <w:ind w:left="284" w:hanging="284"/>
        <w:rPr>
          <w:rFonts w:ascii="Calibri Light" w:hAnsi="Calibri Light" w:cs="Calibri Light"/>
          <w:lang w:val="de-DE"/>
        </w:rPr>
      </w:pPr>
      <w:r w:rsidRPr="002E6640">
        <w:rPr>
          <w:rFonts w:ascii="Calibri Light" w:hAnsi="Calibri Light" w:cs="Calibri Light"/>
          <w:lang w:val="de-DE"/>
        </w:rPr>
        <w:t>Vertrags- und Abrechnungsdaten (z. B. Bestelldaten, Lieferdaten, Rechnungsdaten),</w:t>
      </w:r>
    </w:p>
    <w:p w14:paraId="41AAC10F" w14:textId="77777777" w:rsidR="002E6640" w:rsidRDefault="00D62CAA" w:rsidP="002E6640">
      <w:pPr>
        <w:pStyle w:val="Aufzhlungszeichen"/>
        <w:numPr>
          <w:ilvl w:val="0"/>
          <w:numId w:val="19"/>
        </w:numPr>
        <w:ind w:left="284" w:hanging="284"/>
        <w:rPr>
          <w:rFonts w:ascii="Calibri Light" w:hAnsi="Calibri Light" w:cs="Calibri Light"/>
          <w:lang w:val="de-DE"/>
        </w:rPr>
      </w:pPr>
      <w:r w:rsidRPr="002E6640">
        <w:rPr>
          <w:rFonts w:ascii="Calibri Light" w:hAnsi="Calibri Light" w:cs="Calibri Light"/>
          <w:lang w:val="de-DE"/>
        </w:rPr>
        <w:t>Zahlungs- und Bankdaten, soweit erforderlich,</w:t>
      </w:r>
    </w:p>
    <w:p w14:paraId="3E17CDE3" w14:textId="4EBD3A42" w:rsidR="00782DC2" w:rsidRPr="002E6640" w:rsidRDefault="00D62CAA" w:rsidP="002E6640">
      <w:pPr>
        <w:pStyle w:val="Aufzhlungszeichen"/>
        <w:numPr>
          <w:ilvl w:val="0"/>
          <w:numId w:val="19"/>
        </w:numPr>
        <w:ind w:left="284" w:hanging="284"/>
        <w:rPr>
          <w:rFonts w:ascii="Calibri Light" w:hAnsi="Calibri Light" w:cs="Calibri Light"/>
          <w:lang w:val="de-DE"/>
        </w:rPr>
      </w:pPr>
      <w:r w:rsidRPr="002E6640">
        <w:rPr>
          <w:rFonts w:ascii="Calibri Light" w:hAnsi="Calibri Light" w:cs="Calibri Light"/>
          <w:lang w:val="de-DE"/>
        </w:rPr>
        <w:t>Kommunikationsdaten (z. B. Schriftverkehr, E-Mails, telefonische Kontakte).</w:t>
      </w:r>
      <w:r w:rsidR="002E6640">
        <w:rPr>
          <w:rFonts w:ascii="Calibri Light" w:hAnsi="Calibri Light" w:cs="Calibri Light"/>
          <w:lang w:val="de-DE"/>
        </w:rPr>
        <w:br/>
      </w:r>
    </w:p>
    <w:p w14:paraId="3242556F" w14:textId="77777777" w:rsidR="00782DC2" w:rsidRPr="00A06521" w:rsidRDefault="00D62CAA" w:rsidP="00A06521">
      <w:pPr>
        <w:pStyle w:val="Listennummer"/>
        <w:numPr>
          <w:ilvl w:val="0"/>
          <w:numId w:val="0"/>
        </w:numPr>
        <w:ind w:left="360" w:hanging="360"/>
        <w:rPr>
          <w:rFonts w:ascii="Calibri Light" w:hAnsi="Calibri Light" w:cs="Calibri Light"/>
          <w:sz w:val="28"/>
          <w:szCs w:val="28"/>
        </w:rPr>
      </w:pPr>
      <w:r w:rsidRPr="00A06521">
        <w:rPr>
          <w:rFonts w:ascii="Calibri Light" w:hAnsi="Calibri Light" w:cs="Calibri Light"/>
          <w:sz w:val="28"/>
          <w:szCs w:val="28"/>
        </w:rPr>
        <w:lastRenderedPageBreak/>
        <w:t>Rechtsgrundlagen der Verarbeitung</w:t>
      </w:r>
    </w:p>
    <w:p w14:paraId="35D4403E"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Die Datenverarbeitung beruht auf folgenden Rechtsgrundlagen:</w:t>
      </w:r>
    </w:p>
    <w:p w14:paraId="6D4144BD" w14:textId="77777777" w:rsidR="002E6640" w:rsidRDefault="00D62CAA" w:rsidP="002E6640">
      <w:pPr>
        <w:pStyle w:val="Aufzhlungszeichen"/>
        <w:numPr>
          <w:ilvl w:val="0"/>
          <w:numId w:val="20"/>
        </w:numPr>
        <w:ind w:left="284" w:hanging="284"/>
        <w:rPr>
          <w:rFonts w:ascii="Calibri Light" w:hAnsi="Calibri Light" w:cs="Calibri Light"/>
          <w:lang w:val="de-DE"/>
        </w:rPr>
      </w:pPr>
      <w:r w:rsidRPr="002E6640">
        <w:rPr>
          <w:rFonts w:ascii="Calibri Light" w:hAnsi="Calibri Light" w:cs="Calibri Light"/>
          <w:lang w:val="de-DE"/>
        </w:rPr>
        <w:t xml:space="preserve">Art. 6 Abs. 1 </w:t>
      </w:r>
      <w:proofErr w:type="spellStart"/>
      <w:r w:rsidRPr="002E6640">
        <w:rPr>
          <w:rFonts w:ascii="Calibri Light" w:hAnsi="Calibri Light" w:cs="Calibri Light"/>
          <w:lang w:val="de-DE"/>
        </w:rPr>
        <w:t>lit</w:t>
      </w:r>
      <w:proofErr w:type="spellEnd"/>
      <w:r w:rsidRPr="002E6640">
        <w:rPr>
          <w:rFonts w:ascii="Calibri Light" w:hAnsi="Calibri Light" w:cs="Calibri Light"/>
          <w:lang w:val="de-DE"/>
        </w:rPr>
        <w:t>. b DSGVO (Vertragserfüllung und Durchführung vorvertraglicher Maßnahmen),</w:t>
      </w:r>
    </w:p>
    <w:p w14:paraId="1C007435" w14:textId="77777777" w:rsidR="002E6640" w:rsidRDefault="00D62CAA" w:rsidP="002E6640">
      <w:pPr>
        <w:pStyle w:val="Aufzhlungszeichen"/>
        <w:numPr>
          <w:ilvl w:val="0"/>
          <w:numId w:val="20"/>
        </w:numPr>
        <w:ind w:left="284" w:hanging="284"/>
        <w:rPr>
          <w:rFonts w:ascii="Calibri Light" w:hAnsi="Calibri Light" w:cs="Calibri Light"/>
          <w:lang w:val="de-DE"/>
        </w:rPr>
      </w:pPr>
      <w:r w:rsidRPr="002E6640">
        <w:rPr>
          <w:rFonts w:ascii="Calibri Light" w:hAnsi="Calibri Light" w:cs="Calibri Light"/>
          <w:lang w:val="de-DE"/>
        </w:rPr>
        <w:t xml:space="preserve">Art. 6 Abs. 1 </w:t>
      </w:r>
      <w:proofErr w:type="spellStart"/>
      <w:r w:rsidRPr="002E6640">
        <w:rPr>
          <w:rFonts w:ascii="Calibri Light" w:hAnsi="Calibri Light" w:cs="Calibri Light"/>
          <w:lang w:val="de-DE"/>
        </w:rPr>
        <w:t>lit</w:t>
      </w:r>
      <w:proofErr w:type="spellEnd"/>
      <w:r w:rsidRPr="002E6640">
        <w:rPr>
          <w:rFonts w:ascii="Calibri Light" w:hAnsi="Calibri Light" w:cs="Calibri Light"/>
          <w:lang w:val="de-DE"/>
        </w:rPr>
        <w:t>. c DSGVO (Erfüllung rechtlicher Verpflichtungen, z. B. steuer- und handelsrechtliche Aufbewahrungspflichten),</w:t>
      </w:r>
    </w:p>
    <w:p w14:paraId="14A8EF28" w14:textId="4B4B1F66" w:rsidR="00782DC2" w:rsidRPr="002E6640" w:rsidRDefault="00D62CAA" w:rsidP="002E6640">
      <w:pPr>
        <w:pStyle w:val="Aufzhlungszeichen"/>
        <w:numPr>
          <w:ilvl w:val="0"/>
          <w:numId w:val="20"/>
        </w:numPr>
        <w:ind w:left="284" w:hanging="284"/>
        <w:rPr>
          <w:rFonts w:ascii="Calibri Light" w:hAnsi="Calibri Light" w:cs="Calibri Light"/>
          <w:lang w:val="de-DE"/>
        </w:rPr>
      </w:pPr>
      <w:r w:rsidRPr="002E6640">
        <w:rPr>
          <w:rFonts w:ascii="Calibri Light" w:hAnsi="Calibri Light" w:cs="Calibri Light"/>
          <w:lang w:val="de-DE"/>
        </w:rPr>
        <w:t xml:space="preserve">Art. 6 Abs. 1 </w:t>
      </w:r>
      <w:proofErr w:type="spellStart"/>
      <w:r w:rsidRPr="002E6640">
        <w:rPr>
          <w:rFonts w:ascii="Calibri Light" w:hAnsi="Calibri Light" w:cs="Calibri Light"/>
          <w:lang w:val="de-DE"/>
        </w:rPr>
        <w:t>lit</w:t>
      </w:r>
      <w:proofErr w:type="spellEnd"/>
      <w:r w:rsidRPr="002E6640">
        <w:rPr>
          <w:rFonts w:ascii="Calibri Light" w:hAnsi="Calibri Light" w:cs="Calibri Light"/>
          <w:lang w:val="de-DE"/>
        </w:rPr>
        <w:t>. f DSGVO (berechtigtes Interesse an der Pflege von Geschäftsbeziehungen, effizienten Abwicklung von Bestellungen, Wahrung von Ansprüchen), soweit keine überwiegenden Interessen Ihrerseits entgegenstehen.</w:t>
      </w:r>
    </w:p>
    <w:p w14:paraId="2FEB87B5" w14:textId="5876DB29" w:rsidR="00782DC2" w:rsidRPr="002E6640" w:rsidRDefault="00D62CAA">
      <w:pPr>
        <w:rPr>
          <w:rFonts w:ascii="Calibri Light" w:hAnsi="Calibri Light" w:cs="Calibri Light"/>
          <w:lang w:val="de-DE"/>
        </w:rPr>
      </w:pPr>
      <w:r w:rsidRPr="002E6640">
        <w:rPr>
          <w:rFonts w:ascii="Calibri Light" w:hAnsi="Calibri Light" w:cs="Calibri Light"/>
          <w:lang w:val="de-DE"/>
        </w:rPr>
        <w:t>Eine gesonderte Einwilligung ist im Regelfall nicht erforderlich, da die Verarbeitung auf den vorgenannten Rechtsgrundlagen beruht.</w:t>
      </w:r>
      <w:r w:rsidR="002E6640">
        <w:rPr>
          <w:rFonts w:ascii="Calibri Light" w:hAnsi="Calibri Light" w:cs="Calibri Light"/>
          <w:lang w:val="de-DE"/>
        </w:rPr>
        <w:br/>
      </w:r>
    </w:p>
    <w:p w14:paraId="79C1EABD" w14:textId="77777777" w:rsidR="00782DC2" w:rsidRPr="00A06521" w:rsidRDefault="00D62CAA" w:rsidP="00A06521">
      <w:pPr>
        <w:pStyle w:val="Listennummer"/>
        <w:numPr>
          <w:ilvl w:val="0"/>
          <w:numId w:val="0"/>
        </w:numPr>
        <w:ind w:left="360" w:hanging="360"/>
        <w:rPr>
          <w:rFonts w:ascii="Calibri Light" w:hAnsi="Calibri Light" w:cs="Calibri Light"/>
          <w:sz w:val="28"/>
          <w:szCs w:val="28"/>
        </w:rPr>
      </w:pPr>
      <w:r w:rsidRPr="00A06521">
        <w:rPr>
          <w:rFonts w:ascii="Calibri Light" w:hAnsi="Calibri Light" w:cs="Calibri Light"/>
          <w:sz w:val="28"/>
          <w:szCs w:val="28"/>
        </w:rPr>
        <w:t>Empfänger der Daten</w:t>
      </w:r>
    </w:p>
    <w:p w14:paraId="1F575983" w14:textId="62C29FCA" w:rsidR="00782DC2" w:rsidRPr="002E6640" w:rsidRDefault="00D62CAA">
      <w:pPr>
        <w:rPr>
          <w:rFonts w:ascii="Calibri Light" w:hAnsi="Calibri Light" w:cs="Calibri Light"/>
          <w:lang w:val="de-DE"/>
        </w:rPr>
      </w:pPr>
      <w:r w:rsidRPr="002E6640">
        <w:rPr>
          <w:rFonts w:ascii="Calibri Light" w:hAnsi="Calibri Light" w:cs="Calibri Light"/>
          <w:lang w:val="de-DE"/>
        </w:rPr>
        <w:t>Eine Weitergabe Ihrer personenbezogenen Daten erfolgt, soweit dies erforderlich ist, an</w:t>
      </w:r>
      <w:r w:rsidR="002E6640">
        <w:rPr>
          <w:rFonts w:ascii="Calibri Light" w:hAnsi="Calibri Light" w:cs="Calibri Light"/>
          <w:lang w:val="de-DE"/>
        </w:rPr>
        <w:t>:</w:t>
      </w:r>
    </w:p>
    <w:p w14:paraId="459C15AC" w14:textId="77777777" w:rsidR="002E6640" w:rsidRDefault="00D62CAA" w:rsidP="002E6640">
      <w:pPr>
        <w:pStyle w:val="Aufzhlungszeichen"/>
        <w:numPr>
          <w:ilvl w:val="0"/>
          <w:numId w:val="21"/>
        </w:numPr>
        <w:ind w:left="284" w:hanging="284"/>
        <w:rPr>
          <w:rFonts w:ascii="Calibri Light" w:hAnsi="Calibri Light" w:cs="Calibri Light"/>
          <w:lang w:val="de-DE"/>
        </w:rPr>
      </w:pPr>
      <w:r w:rsidRPr="002E6640">
        <w:rPr>
          <w:rFonts w:ascii="Calibri Light" w:hAnsi="Calibri Light" w:cs="Calibri Light"/>
          <w:lang w:val="de-DE"/>
        </w:rPr>
        <w:t>interne Fachabteilungen (z. B. Einkauf, Buchhaltung, Projektleitung),</w:t>
      </w:r>
    </w:p>
    <w:p w14:paraId="01AA563B" w14:textId="77777777" w:rsidR="002E6640" w:rsidRPr="002E6640" w:rsidRDefault="00D62CAA" w:rsidP="002E6640">
      <w:pPr>
        <w:pStyle w:val="Aufzhlungszeichen"/>
        <w:numPr>
          <w:ilvl w:val="0"/>
          <w:numId w:val="21"/>
        </w:numPr>
        <w:ind w:left="284" w:hanging="284"/>
        <w:rPr>
          <w:rFonts w:ascii="Calibri Light" w:hAnsi="Calibri Light" w:cs="Calibri Light"/>
          <w:lang w:val="de-DE"/>
        </w:rPr>
      </w:pPr>
      <w:r w:rsidRPr="002E6640">
        <w:rPr>
          <w:rFonts w:ascii="Calibri Light" w:hAnsi="Calibri Light" w:cs="Calibri Light"/>
          <w:lang w:val="de-DE"/>
        </w:rPr>
        <w:t>Dienstleister/Auftragsverarbeiter (z. B. IT-Dienstleister, Steuerberater),</w:t>
      </w:r>
    </w:p>
    <w:p w14:paraId="3A3A9ACA" w14:textId="77777777" w:rsidR="002E6640" w:rsidRDefault="00D62CAA" w:rsidP="002E6640">
      <w:pPr>
        <w:pStyle w:val="Aufzhlungszeichen"/>
        <w:numPr>
          <w:ilvl w:val="0"/>
          <w:numId w:val="21"/>
        </w:numPr>
        <w:ind w:left="284" w:hanging="284"/>
        <w:rPr>
          <w:rFonts w:ascii="Calibri Light" w:hAnsi="Calibri Light" w:cs="Calibri Light"/>
        </w:rPr>
      </w:pPr>
      <w:r w:rsidRPr="002E6640">
        <w:rPr>
          <w:rFonts w:ascii="Calibri Light" w:hAnsi="Calibri Light" w:cs="Calibri Light"/>
        </w:rPr>
        <w:t>Banken und Zahlungsdienstleister,</w:t>
      </w:r>
    </w:p>
    <w:p w14:paraId="20FCD579" w14:textId="77777777" w:rsidR="002E6640" w:rsidRPr="002E6640" w:rsidRDefault="00D62CAA" w:rsidP="002E6640">
      <w:pPr>
        <w:pStyle w:val="Aufzhlungszeichen"/>
        <w:numPr>
          <w:ilvl w:val="0"/>
          <w:numId w:val="21"/>
        </w:numPr>
        <w:ind w:left="284" w:hanging="284"/>
        <w:rPr>
          <w:rFonts w:ascii="Calibri Light" w:hAnsi="Calibri Light" w:cs="Calibri Light"/>
          <w:lang w:val="de-DE"/>
        </w:rPr>
      </w:pPr>
      <w:r w:rsidRPr="002E6640">
        <w:rPr>
          <w:rFonts w:ascii="Calibri Light" w:hAnsi="Calibri Light" w:cs="Calibri Light"/>
        </w:rPr>
        <w:t>Versand- und Logistikunternehmen,</w:t>
      </w:r>
    </w:p>
    <w:p w14:paraId="5E22DD2B" w14:textId="1E96553B" w:rsidR="00782DC2" w:rsidRPr="002E6640" w:rsidRDefault="00D62CAA" w:rsidP="002E6640">
      <w:pPr>
        <w:pStyle w:val="Aufzhlungszeichen"/>
        <w:numPr>
          <w:ilvl w:val="0"/>
          <w:numId w:val="21"/>
        </w:numPr>
        <w:ind w:left="284" w:hanging="284"/>
        <w:rPr>
          <w:rFonts w:ascii="Calibri Light" w:hAnsi="Calibri Light" w:cs="Calibri Light"/>
          <w:lang w:val="de-DE"/>
        </w:rPr>
      </w:pPr>
      <w:r w:rsidRPr="002E6640">
        <w:rPr>
          <w:rFonts w:ascii="Calibri Light" w:hAnsi="Calibri Light" w:cs="Calibri Light"/>
          <w:lang w:val="de-DE"/>
        </w:rPr>
        <w:t xml:space="preserve">Behörden und sonstige öffentliche Stellen, sofern wir hierzu rechtlich verpflichtet sind </w:t>
      </w:r>
      <w:r w:rsidR="002E6640">
        <w:rPr>
          <w:rFonts w:ascii="Calibri Light" w:hAnsi="Calibri Light" w:cs="Calibri Light"/>
          <w:lang w:val="de-DE"/>
        </w:rPr>
        <w:br/>
      </w:r>
      <w:r w:rsidRPr="002E6640">
        <w:rPr>
          <w:rFonts w:ascii="Calibri Light" w:hAnsi="Calibri Light" w:cs="Calibri Light"/>
          <w:lang w:val="de-DE"/>
        </w:rPr>
        <w:t>(z. B. Finanzbehörden, Gerichte).</w:t>
      </w:r>
    </w:p>
    <w:p w14:paraId="7A8BAE4F" w14:textId="08507CD9" w:rsidR="00782DC2" w:rsidRPr="002E6640" w:rsidRDefault="00D62CAA">
      <w:pPr>
        <w:rPr>
          <w:rFonts w:ascii="Calibri Light" w:hAnsi="Calibri Light" w:cs="Calibri Light"/>
          <w:lang w:val="de-DE"/>
        </w:rPr>
      </w:pPr>
      <w:r w:rsidRPr="002E6640">
        <w:rPr>
          <w:rFonts w:ascii="Calibri Light" w:hAnsi="Calibri Light" w:cs="Calibri Light"/>
          <w:lang w:val="de-DE"/>
        </w:rPr>
        <w:t>Ihre Daten werden nicht an Dritte zu Werbezwecken ohne Ihre Einwilligung weitergegeben.</w:t>
      </w:r>
      <w:r w:rsidR="002E6640">
        <w:rPr>
          <w:rFonts w:ascii="Calibri Light" w:hAnsi="Calibri Light" w:cs="Calibri Light"/>
          <w:lang w:val="de-DE"/>
        </w:rPr>
        <w:br/>
      </w:r>
    </w:p>
    <w:p w14:paraId="5BAAF7EC" w14:textId="77777777" w:rsidR="00782DC2" w:rsidRPr="00A06521" w:rsidRDefault="00D62CAA" w:rsidP="00A06521">
      <w:pPr>
        <w:pStyle w:val="Listennummer"/>
        <w:numPr>
          <w:ilvl w:val="0"/>
          <w:numId w:val="0"/>
        </w:numPr>
        <w:ind w:left="360" w:hanging="360"/>
        <w:rPr>
          <w:rFonts w:ascii="Calibri Light" w:hAnsi="Calibri Light" w:cs="Calibri Light"/>
          <w:sz w:val="28"/>
          <w:szCs w:val="28"/>
        </w:rPr>
      </w:pPr>
      <w:r w:rsidRPr="00A06521">
        <w:rPr>
          <w:rFonts w:ascii="Calibri Light" w:hAnsi="Calibri Light" w:cs="Calibri Light"/>
          <w:sz w:val="28"/>
          <w:szCs w:val="28"/>
        </w:rPr>
        <w:t>Übermittlung in Drittländer</w:t>
      </w:r>
    </w:p>
    <w:p w14:paraId="48F5EFE0" w14:textId="12D23E18" w:rsidR="00782DC2" w:rsidRPr="002E6640" w:rsidRDefault="00D62CAA">
      <w:pPr>
        <w:rPr>
          <w:rFonts w:ascii="Calibri Light" w:hAnsi="Calibri Light" w:cs="Calibri Light"/>
          <w:lang w:val="de-DE"/>
        </w:rPr>
      </w:pPr>
      <w:r w:rsidRPr="002E6640">
        <w:rPr>
          <w:rFonts w:ascii="Calibri Light" w:hAnsi="Calibri Light" w:cs="Calibri Light"/>
          <w:lang w:val="de-DE"/>
        </w:rPr>
        <w:t>Eine Übermittlung personenbezogener Daten in Staaten außerhalb der Europäischen Union bzw. des Europäischen Wirtschaftsraums (Drittländer) erfolgt nur, wenn</w:t>
      </w:r>
      <w:r w:rsidR="002E6640">
        <w:rPr>
          <w:rFonts w:ascii="Calibri Light" w:hAnsi="Calibri Light" w:cs="Calibri Light"/>
          <w:lang w:val="de-DE"/>
        </w:rPr>
        <w:t>:</w:t>
      </w:r>
    </w:p>
    <w:p w14:paraId="2F9F0504" w14:textId="77777777" w:rsidR="002E6640" w:rsidRDefault="00D62CAA" w:rsidP="002E6640">
      <w:pPr>
        <w:pStyle w:val="Aufzhlungszeichen"/>
        <w:numPr>
          <w:ilvl w:val="0"/>
          <w:numId w:val="22"/>
        </w:numPr>
        <w:ind w:left="284" w:hanging="284"/>
        <w:rPr>
          <w:rFonts w:ascii="Calibri Light" w:hAnsi="Calibri Light" w:cs="Calibri Light"/>
          <w:lang w:val="de-DE"/>
        </w:rPr>
      </w:pPr>
      <w:r w:rsidRPr="002E6640">
        <w:rPr>
          <w:rFonts w:ascii="Calibri Light" w:hAnsi="Calibri Light" w:cs="Calibri Light"/>
          <w:lang w:val="de-DE"/>
        </w:rPr>
        <w:t>für das betreffende Drittland ein Angemessenheitsbeschluss der Europäischen Kommission nach Art. 45 DSGVO vorliegt oder</w:t>
      </w:r>
    </w:p>
    <w:p w14:paraId="2ED79816" w14:textId="77777777" w:rsidR="002E6640" w:rsidRDefault="00D62CAA" w:rsidP="002E6640">
      <w:pPr>
        <w:pStyle w:val="Aufzhlungszeichen"/>
        <w:numPr>
          <w:ilvl w:val="0"/>
          <w:numId w:val="22"/>
        </w:numPr>
        <w:ind w:left="284" w:hanging="284"/>
        <w:rPr>
          <w:rFonts w:ascii="Calibri Light" w:hAnsi="Calibri Light" w:cs="Calibri Light"/>
          <w:lang w:val="de-DE"/>
        </w:rPr>
      </w:pPr>
      <w:r w:rsidRPr="002E6640">
        <w:rPr>
          <w:rFonts w:ascii="Calibri Light" w:hAnsi="Calibri Light" w:cs="Calibri Light"/>
          <w:lang w:val="de-DE"/>
        </w:rPr>
        <w:t>geeignete Garantien im Sinne der Art. 46 ff. DSGVO bestehen (z. B. EU-Standardvertragsklauseln) und</w:t>
      </w:r>
    </w:p>
    <w:p w14:paraId="44EB892C" w14:textId="1FF25C7C" w:rsidR="00782DC2" w:rsidRPr="002E6640" w:rsidRDefault="00D62CAA" w:rsidP="002E6640">
      <w:pPr>
        <w:pStyle w:val="Aufzhlungszeichen"/>
        <w:numPr>
          <w:ilvl w:val="0"/>
          <w:numId w:val="22"/>
        </w:numPr>
        <w:ind w:left="284" w:hanging="284"/>
        <w:rPr>
          <w:rFonts w:ascii="Calibri Light" w:hAnsi="Calibri Light" w:cs="Calibri Light"/>
          <w:lang w:val="de-DE"/>
        </w:rPr>
      </w:pPr>
      <w:r w:rsidRPr="002E6640">
        <w:rPr>
          <w:rFonts w:ascii="Calibri Light" w:hAnsi="Calibri Light" w:cs="Calibri Light"/>
          <w:lang w:val="de-DE"/>
        </w:rPr>
        <w:t>Ihnen ggf. weitere Informationen hierzu gesondert mitgeteilt werden.</w:t>
      </w:r>
      <w:r w:rsidR="002E6640">
        <w:rPr>
          <w:rFonts w:ascii="Calibri Light" w:hAnsi="Calibri Light" w:cs="Calibri Light"/>
          <w:lang w:val="de-DE"/>
        </w:rPr>
        <w:br/>
      </w:r>
    </w:p>
    <w:p w14:paraId="1AFA346E" w14:textId="77777777" w:rsidR="00782DC2" w:rsidRPr="00A06521" w:rsidRDefault="00D62CAA" w:rsidP="00A06521">
      <w:pPr>
        <w:pStyle w:val="Listennummer"/>
        <w:numPr>
          <w:ilvl w:val="0"/>
          <w:numId w:val="0"/>
        </w:numPr>
        <w:ind w:left="360" w:hanging="360"/>
        <w:rPr>
          <w:rFonts w:ascii="Calibri Light" w:hAnsi="Calibri Light" w:cs="Calibri Light"/>
          <w:sz w:val="28"/>
          <w:szCs w:val="28"/>
        </w:rPr>
      </w:pPr>
      <w:r w:rsidRPr="00A06521">
        <w:rPr>
          <w:rFonts w:ascii="Calibri Light" w:hAnsi="Calibri Light" w:cs="Calibri Light"/>
          <w:sz w:val="28"/>
          <w:szCs w:val="28"/>
        </w:rPr>
        <w:t>Dauer der Speicherung</w:t>
      </w:r>
    </w:p>
    <w:p w14:paraId="0BBA1277"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Wir speichern Ihre personenbezogenen Daten nur solange, wie dies für die genannten Zwecke erforderlich ist oder gesetzliche Aufbewahrungsfristen bestehen.</w:t>
      </w:r>
    </w:p>
    <w:p w14:paraId="61D02831" w14:textId="77777777" w:rsidR="00A06521" w:rsidRDefault="00A06521">
      <w:pPr>
        <w:rPr>
          <w:rFonts w:ascii="Calibri Light" w:hAnsi="Calibri Light" w:cs="Calibri Light"/>
          <w:u w:val="single"/>
        </w:rPr>
      </w:pPr>
      <w:r>
        <w:rPr>
          <w:rFonts w:ascii="Calibri Light" w:hAnsi="Calibri Light" w:cs="Calibri Light"/>
          <w:u w:val="single"/>
        </w:rPr>
        <w:br/>
      </w:r>
      <w:r>
        <w:rPr>
          <w:rFonts w:ascii="Calibri Light" w:hAnsi="Calibri Light" w:cs="Calibri Light"/>
          <w:u w:val="single"/>
        </w:rPr>
        <w:br/>
      </w:r>
    </w:p>
    <w:p w14:paraId="7C63230A" w14:textId="7D7A8F16" w:rsidR="00782DC2" w:rsidRPr="00A06521" w:rsidRDefault="00D62CAA">
      <w:pPr>
        <w:rPr>
          <w:rFonts w:ascii="Calibri Light" w:hAnsi="Calibri Light" w:cs="Calibri Light"/>
          <w:u w:val="double"/>
        </w:rPr>
      </w:pPr>
      <w:r w:rsidRPr="00A06521">
        <w:rPr>
          <w:rFonts w:ascii="Calibri Light" w:hAnsi="Calibri Light" w:cs="Calibri Light"/>
          <w:u w:val="double"/>
        </w:rPr>
        <w:lastRenderedPageBreak/>
        <w:t>Im Einzelnen:</w:t>
      </w:r>
    </w:p>
    <w:p w14:paraId="197725B0" w14:textId="4D4369A9" w:rsidR="002E6640" w:rsidRDefault="00D62CAA" w:rsidP="002E6640">
      <w:pPr>
        <w:pStyle w:val="Aufzhlungszeichen"/>
        <w:numPr>
          <w:ilvl w:val="0"/>
          <w:numId w:val="23"/>
        </w:numPr>
        <w:ind w:left="284" w:hanging="284"/>
        <w:rPr>
          <w:rFonts w:ascii="Calibri Light" w:hAnsi="Calibri Light" w:cs="Calibri Light"/>
          <w:lang w:val="de-DE"/>
        </w:rPr>
      </w:pPr>
      <w:r w:rsidRPr="002E6640">
        <w:rPr>
          <w:rFonts w:ascii="Calibri Light" w:hAnsi="Calibri Light" w:cs="Calibri Light"/>
          <w:lang w:val="de-DE"/>
        </w:rPr>
        <w:t xml:space="preserve">Vertrags- und Abrechnungsdaten werden in der Regel für die Dauer des Vertragsverhältnisses und darüber hinaus gemäß steuer- und handelsrechtlichen Vorgaben (in der Regel 6 bzw. </w:t>
      </w:r>
      <w:r w:rsidR="00A06521">
        <w:rPr>
          <w:rFonts w:ascii="Calibri Light" w:hAnsi="Calibri Light" w:cs="Calibri Light"/>
          <w:lang w:val="de-DE"/>
        </w:rPr>
        <w:br/>
      </w:r>
      <w:r w:rsidRPr="002E6640">
        <w:rPr>
          <w:rFonts w:ascii="Calibri Light" w:hAnsi="Calibri Light" w:cs="Calibri Light"/>
          <w:lang w:val="de-DE"/>
        </w:rPr>
        <w:t>10 Jahre) gespeichert.</w:t>
      </w:r>
    </w:p>
    <w:p w14:paraId="0A6F0A28" w14:textId="45A6577D" w:rsidR="00782DC2" w:rsidRPr="002E6640" w:rsidRDefault="00D62CAA" w:rsidP="002E6640">
      <w:pPr>
        <w:pStyle w:val="Aufzhlungszeichen"/>
        <w:numPr>
          <w:ilvl w:val="0"/>
          <w:numId w:val="23"/>
        </w:numPr>
        <w:ind w:left="284" w:hanging="284"/>
        <w:rPr>
          <w:rFonts w:ascii="Calibri Light" w:hAnsi="Calibri Light" w:cs="Calibri Light"/>
          <w:lang w:val="de-DE"/>
        </w:rPr>
      </w:pPr>
      <w:r w:rsidRPr="002E6640">
        <w:rPr>
          <w:rFonts w:ascii="Calibri Light" w:hAnsi="Calibri Light" w:cs="Calibri Light"/>
          <w:lang w:val="de-DE"/>
        </w:rPr>
        <w:t>Kommunikationsdaten werden für die Dauer der Geschäftsbeziehung und im Rahmen der allgemeinen Aufbewahrungsfristen gespeichert.</w:t>
      </w:r>
    </w:p>
    <w:p w14:paraId="60E54D57" w14:textId="0AED8B29" w:rsidR="00782DC2" w:rsidRPr="002E6640" w:rsidRDefault="00D62CAA">
      <w:pPr>
        <w:rPr>
          <w:rFonts w:ascii="Calibri Light" w:hAnsi="Calibri Light" w:cs="Calibri Light"/>
          <w:lang w:val="de-DE"/>
        </w:rPr>
      </w:pPr>
      <w:r w:rsidRPr="002E6640">
        <w:rPr>
          <w:rFonts w:ascii="Calibri Light" w:hAnsi="Calibri Light" w:cs="Calibri Light"/>
          <w:lang w:val="de-DE"/>
        </w:rPr>
        <w:t>Nach Ablauf der jeweiligen Fristen werden die Daten gelöscht oder anonymisiert, sofern keine weiteren gesetzlichen oder vertraglichen Gründe einer Löschung entgegenstehen.</w:t>
      </w:r>
      <w:r w:rsidR="002E6640">
        <w:rPr>
          <w:rFonts w:ascii="Calibri Light" w:hAnsi="Calibri Light" w:cs="Calibri Light"/>
          <w:lang w:val="de-DE"/>
        </w:rPr>
        <w:br/>
      </w:r>
    </w:p>
    <w:p w14:paraId="57D4E4E7" w14:textId="77777777" w:rsidR="00782DC2" w:rsidRPr="00053CB5" w:rsidRDefault="00D62CAA" w:rsidP="00A06521">
      <w:pPr>
        <w:pStyle w:val="Listennummer"/>
        <w:numPr>
          <w:ilvl w:val="0"/>
          <w:numId w:val="0"/>
        </w:numPr>
        <w:ind w:left="360" w:hanging="360"/>
        <w:rPr>
          <w:rFonts w:ascii="Calibri Light" w:hAnsi="Calibri Light" w:cs="Calibri Light"/>
          <w:sz w:val="28"/>
          <w:szCs w:val="28"/>
        </w:rPr>
      </w:pPr>
      <w:proofErr w:type="spellStart"/>
      <w:r w:rsidRPr="00053CB5">
        <w:rPr>
          <w:rFonts w:ascii="Calibri Light" w:hAnsi="Calibri Light" w:cs="Calibri Light"/>
          <w:sz w:val="28"/>
          <w:szCs w:val="28"/>
        </w:rPr>
        <w:t>Ihre</w:t>
      </w:r>
      <w:proofErr w:type="spellEnd"/>
      <w:r w:rsidRPr="00053CB5">
        <w:rPr>
          <w:rFonts w:ascii="Calibri Light" w:hAnsi="Calibri Light" w:cs="Calibri Light"/>
          <w:sz w:val="28"/>
          <w:szCs w:val="28"/>
        </w:rPr>
        <w:t xml:space="preserve"> Rechte </w:t>
      </w:r>
      <w:proofErr w:type="spellStart"/>
      <w:r w:rsidRPr="00053CB5">
        <w:rPr>
          <w:rFonts w:ascii="Calibri Light" w:hAnsi="Calibri Light" w:cs="Calibri Light"/>
          <w:sz w:val="28"/>
          <w:szCs w:val="28"/>
        </w:rPr>
        <w:t>als</w:t>
      </w:r>
      <w:proofErr w:type="spellEnd"/>
      <w:r w:rsidRPr="00053CB5">
        <w:rPr>
          <w:rFonts w:ascii="Calibri Light" w:hAnsi="Calibri Light" w:cs="Calibri Light"/>
          <w:sz w:val="28"/>
          <w:szCs w:val="28"/>
        </w:rPr>
        <w:t xml:space="preserve"> </w:t>
      </w:r>
      <w:proofErr w:type="spellStart"/>
      <w:r w:rsidRPr="00053CB5">
        <w:rPr>
          <w:rFonts w:ascii="Calibri Light" w:hAnsi="Calibri Light" w:cs="Calibri Light"/>
          <w:sz w:val="28"/>
          <w:szCs w:val="28"/>
        </w:rPr>
        <w:t>betroffene</w:t>
      </w:r>
      <w:proofErr w:type="spellEnd"/>
      <w:r w:rsidRPr="00053CB5">
        <w:rPr>
          <w:rFonts w:ascii="Calibri Light" w:hAnsi="Calibri Light" w:cs="Calibri Light"/>
          <w:sz w:val="28"/>
          <w:szCs w:val="28"/>
        </w:rPr>
        <w:t xml:space="preserve"> Person</w:t>
      </w:r>
    </w:p>
    <w:p w14:paraId="1D5E4876"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Ihnen stehen folgende Rechte nach der DSGVO zu:</w:t>
      </w:r>
    </w:p>
    <w:p w14:paraId="4C5A6EDC" w14:textId="77777777" w:rsid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Recht auf Auskunft (Art. 15 DSGVO) über die von uns zu Ihrer Person verarbeiteten Daten,</w:t>
      </w:r>
    </w:p>
    <w:p w14:paraId="4FC68537" w14:textId="77777777" w:rsid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Recht auf Berichtigung (Art. 16 DSGVO) unrichtiger oder unvollständiger Daten,</w:t>
      </w:r>
    </w:p>
    <w:p w14:paraId="614AE845" w14:textId="77777777" w:rsid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Recht auf Löschung (Art. 17 DSGVO), soweit keine gesetzlichen Aufbewahrungspflichten oder andere Rechtsgrundlagen entgegenstehen,</w:t>
      </w:r>
      <w:r w:rsidR="00777E5E" w:rsidRPr="00777E5E">
        <w:rPr>
          <w:rFonts w:ascii="Calibri Light" w:hAnsi="Calibri Light" w:cs="Calibri Light"/>
          <w:lang w:val="de-DE"/>
        </w:rPr>
        <w:t xml:space="preserve"> </w:t>
      </w:r>
    </w:p>
    <w:p w14:paraId="2D45251E" w14:textId="77777777" w:rsid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Recht auf Einschränkung der Verarbeitung (Art. 18 DSGVO),</w:t>
      </w:r>
      <w:r w:rsidR="00777E5E" w:rsidRPr="00777E5E">
        <w:rPr>
          <w:rFonts w:ascii="Calibri Light" w:hAnsi="Calibri Light" w:cs="Calibri Light"/>
          <w:lang w:val="de-DE"/>
        </w:rPr>
        <w:t xml:space="preserve"> </w:t>
      </w:r>
    </w:p>
    <w:p w14:paraId="0FF4725B" w14:textId="77777777" w:rsid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Recht auf Datenübertragbarkeit (Art. 20 DSGVO), soweit die gesetzlichen Voraussetzungen erfüllt sind,</w:t>
      </w:r>
      <w:r w:rsidR="00777E5E" w:rsidRPr="00777E5E">
        <w:rPr>
          <w:rFonts w:ascii="Calibri Light" w:hAnsi="Calibri Light" w:cs="Calibri Light"/>
          <w:lang w:val="de-DE"/>
        </w:rPr>
        <w:t xml:space="preserve"> </w:t>
      </w:r>
    </w:p>
    <w:p w14:paraId="73CF078B" w14:textId="55E36708" w:rsidR="00782DC2" w:rsidRPr="00777E5E" w:rsidRDefault="00D62CAA" w:rsidP="00777E5E">
      <w:pPr>
        <w:pStyle w:val="Aufzhlungszeichen"/>
        <w:numPr>
          <w:ilvl w:val="0"/>
          <w:numId w:val="24"/>
        </w:numPr>
        <w:ind w:left="284" w:hanging="284"/>
        <w:rPr>
          <w:rFonts w:ascii="Calibri Light" w:hAnsi="Calibri Light" w:cs="Calibri Light"/>
          <w:lang w:val="de-DE"/>
        </w:rPr>
      </w:pPr>
      <w:r w:rsidRPr="00777E5E">
        <w:rPr>
          <w:rFonts w:ascii="Calibri Light" w:hAnsi="Calibri Light" w:cs="Calibri Light"/>
          <w:lang w:val="de-DE"/>
        </w:rPr>
        <w:t xml:space="preserve">Recht auf Widerspruch (Art. 21 DSGVO) gegen die Verarbeitung Ihrer Daten, soweit sie auf Art. 6 Abs. 1 </w:t>
      </w:r>
      <w:proofErr w:type="spellStart"/>
      <w:r w:rsidRPr="00777E5E">
        <w:rPr>
          <w:rFonts w:ascii="Calibri Light" w:hAnsi="Calibri Light" w:cs="Calibri Light"/>
          <w:lang w:val="de-DE"/>
        </w:rPr>
        <w:t>lit</w:t>
      </w:r>
      <w:proofErr w:type="spellEnd"/>
      <w:r w:rsidRPr="00777E5E">
        <w:rPr>
          <w:rFonts w:ascii="Calibri Light" w:hAnsi="Calibri Light" w:cs="Calibri Light"/>
          <w:lang w:val="de-DE"/>
        </w:rPr>
        <w:t>. f DSGVO beruht.</w:t>
      </w:r>
    </w:p>
    <w:p w14:paraId="68614971" w14:textId="2FD3B55F" w:rsidR="00782DC2" w:rsidRPr="002E6640" w:rsidRDefault="00D62CAA">
      <w:pPr>
        <w:rPr>
          <w:rFonts w:ascii="Calibri Light" w:hAnsi="Calibri Light" w:cs="Calibri Light"/>
          <w:lang w:val="de-DE"/>
        </w:rPr>
      </w:pPr>
      <w:r w:rsidRPr="002E6640">
        <w:rPr>
          <w:rFonts w:ascii="Calibri Light" w:hAnsi="Calibri Light" w:cs="Calibri Light"/>
          <w:lang w:val="de-DE"/>
        </w:rPr>
        <w:t>Um Ihre Rechte auszuüben, können Sie sich an die im Impressum genannten Kontaktdaten oder an die zuständige Fachabteilung (z. B. Einkauf, Personalstelle) wenden.</w:t>
      </w:r>
      <w:r w:rsidR="00777E5E">
        <w:rPr>
          <w:rFonts w:ascii="Calibri Light" w:hAnsi="Calibri Light" w:cs="Calibri Light"/>
          <w:lang w:val="de-DE"/>
        </w:rPr>
        <w:br/>
      </w:r>
    </w:p>
    <w:p w14:paraId="774B6E41" w14:textId="77777777" w:rsidR="00782DC2" w:rsidRPr="00053CB5" w:rsidRDefault="00D62CAA" w:rsidP="00053CB5">
      <w:pPr>
        <w:pStyle w:val="Listennummer"/>
        <w:numPr>
          <w:ilvl w:val="0"/>
          <w:numId w:val="0"/>
        </w:numPr>
        <w:ind w:left="360" w:hanging="360"/>
        <w:rPr>
          <w:rFonts w:ascii="Calibri Light" w:hAnsi="Calibri Light" w:cs="Calibri Light"/>
          <w:sz w:val="28"/>
          <w:szCs w:val="28"/>
        </w:rPr>
      </w:pPr>
      <w:r w:rsidRPr="00053CB5">
        <w:rPr>
          <w:rFonts w:ascii="Calibri Light" w:hAnsi="Calibri Light" w:cs="Calibri Light"/>
          <w:sz w:val="28"/>
          <w:szCs w:val="28"/>
        </w:rPr>
        <w:t>Datenschutzbeauftragter</w:t>
      </w:r>
    </w:p>
    <w:p w14:paraId="23D1BDA2" w14:textId="77777777" w:rsidR="00782DC2" w:rsidRDefault="00D62CAA">
      <w:pPr>
        <w:rPr>
          <w:rFonts w:ascii="Calibri Light" w:hAnsi="Calibri Light" w:cs="Calibri Light"/>
          <w:lang w:val="de-DE"/>
        </w:rPr>
      </w:pPr>
      <w:r w:rsidRPr="002E6640">
        <w:rPr>
          <w:rFonts w:ascii="Calibri Light" w:hAnsi="Calibri Light" w:cs="Calibri Light"/>
          <w:lang w:val="de-DE"/>
        </w:rPr>
        <w:t>Sofern ein Datenschutzbeauftragter bestellt ist, erreichen Sie diesen unter:</w:t>
      </w:r>
    </w:p>
    <w:p w14:paraId="7343524E" w14:textId="5BFA110B" w:rsidR="00777E5E" w:rsidRPr="002E6640" w:rsidRDefault="00777E5E">
      <w:pPr>
        <w:rPr>
          <w:rFonts w:ascii="Calibri Light" w:hAnsi="Calibri Light" w:cs="Calibri Light"/>
          <w:lang w:val="de-DE"/>
        </w:rPr>
      </w:pPr>
      <w:proofErr w:type="spellStart"/>
      <w:r>
        <w:rPr>
          <w:rFonts w:ascii="Calibri Light" w:hAnsi="Calibri Light" w:cs="Calibri Light"/>
          <w:lang w:val="de-DE"/>
        </w:rPr>
        <w:t>eDSB</w:t>
      </w:r>
      <w:proofErr w:type="spellEnd"/>
      <w:r>
        <w:rPr>
          <w:rFonts w:ascii="Calibri Light" w:hAnsi="Calibri Light" w:cs="Calibri Light"/>
          <w:lang w:val="de-DE"/>
        </w:rPr>
        <w:t xml:space="preserve"> – externe Datenschutzbeauftragte Deutschland</w:t>
      </w:r>
      <w:r>
        <w:rPr>
          <w:rFonts w:ascii="Calibri Light" w:hAnsi="Calibri Light" w:cs="Calibri Light"/>
          <w:lang w:val="de-DE"/>
        </w:rPr>
        <w:br/>
        <w:t>Herr Henning Wehming</w:t>
      </w:r>
      <w:r>
        <w:rPr>
          <w:rFonts w:ascii="Calibri Light" w:hAnsi="Calibri Light" w:cs="Calibri Light"/>
          <w:lang w:val="de-DE"/>
        </w:rPr>
        <w:br/>
        <w:t>Kurfürstendamm 30</w:t>
      </w:r>
      <w:r>
        <w:rPr>
          <w:rFonts w:ascii="Calibri Light" w:hAnsi="Calibri Light" w:cs="Calibri Light"/>
          <w:lang w:val="de-DE"/>
        </w:rPr>
        <w:br/>
        <w:t>D – 10719 Berlin</w:t>
      </w:r>
      <w:r>
        <w:rPr>
          <w:rFonts w:ascii="Calibri Light" w:hAnsi="Calibri Light" w:cs="Calibri Light"/>
          <w:lang w:val="de-DE"/>
        </w:rPr>
        <w:br/>
        <w:t>E-Mail:</w:t>
      </w:r>
      <w:r>
        <w:rPr>
          <w:rFonts w:ascii="Calibri Light" w:hAnsi="Calibri Light" w:cs="Calibri Light"/>
          <w:lang w:val="de-DE"/>
        </w:rPr>
        <w:tab/>
      </w:r>
      <w:proofErr w:type="spellStart"/>
      <w:r>
        <w:rPr>
          <w:rFonts w:ascii="Calibri Light" w:hAnsi="Calibri Light" w:cs="Calibri Light"/>
          <w:lang w:val="de-DE"/>
        </w:rPr>
        <w:t>info</w:t>
      </w:r>
      <w:proofErr w:type="spellEnd"/>
      <w:r>
        <w:rPr>
          <w:rFonts w:ascii="Calibri Light" w:hAnsi="Calibri Light" w:cs="Calibri Light"/>
          <w:lang w:val="de-DE"/>
        </w:rPr>
        <w:t xml:space="preserve"> [at]edsb-deutschland.de</w:t>
      </w:r>
      <w:r>
        <w:rPr>
          <w:rFonts w:ascii="Calibri Light" w:hAnsi="Calibri Light" w:cs="Calibri Light"/>
          <w:lang w:val="de-DE"/>
        </w:rPr>
        <w:br/>
        <w:t xml:space="preserve">Fon: </w:t>
      </w:r>
      <w:r>
        <w:rPr>
          <w:rFonts w:ascii="Calibri Light" w:hAnsi="Calibri Light" w:cs="Calibri Light"/>
          <w:lang w:val="de-DE"/>
        </w:rPr>
        <w:tab/>
        <w:t xml:space="preserve">+4930 – 51 63 50 30 </w:t>
      </w:r>
      <w:r>
        <w:rPr>
          <w:rFonts w:ascii="Calibri Light" w:hAnsi="Calibri Light" w:cs="Calibri Light"/>
          <w:lang w:val="de-DE"/>
        </w:rPr>
        <w:tab/>
        <w:t>Mobil:</w:t>
      </w:r>
      <w:r>
        <w:rPr>
          <w:rFonts w:ascii="Calibri Light" w:hAnsi="Calibri Light" w:cs="Calibri Light"/>
          <w:lang w:val="de-DE"/>
        </w:rPr>
        <w:tab/>
        <w:t>+49176 – 62 99 10 16</w:t>
      </w:r>
      <w:r>
        <w:rPr>
          <w:rFonts w:ascii="Calibri Light" w:hAnsi="Calibri Light" w:cs="Calibri Light"/>
          <w:lang w:val="de-DE"/>
        </w:rPr>
        <w:br/>
      </w:r>
    </w:p>
    <w:p w14:paraId="7338F863" w14:textId="77777777" w:rsidR="00782DC2" w:rsidRPr="00053CB5" w:rsidRDefault="00D62CAA" w:rsidP="00053CB5">
      <w:pPr>
        <w:pStyle w:val="Listennummer"/>
        <w:numPr>
          <w:ilvl w:val="0"/>
          <w:numId w:val="0"/>
        </w:numPr>
        <w:ind w:left="360" w:hanging="360"/>
        <w:rPr>
          <w:rFonts w:ascii="Calibri Light" w:hAnsi="Calibri Light" w:cs="Calibri Light"/>
          <w:sz w:val="28"/>
          <w:szCs w:val="28"/>
        </w:rPr>
      </w:pPr>
      <w:r w:rsidRPr="00053CB5">
        <w:rPr>
          <w:rFonts w:ascii="Calibri Light" w:hAnsi="Calibri Light" w:cs="Calibri Light"/>
          <w:sz w:val="28"/>
          <w:szCs w:val="28"/>
        </w:rPr>
        <w:t>Beschwerderecht</w:t>
      </w:r>
    </w:p>
    <w:p w14:paraId="6B9DE506"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Sie haben das Recht, sich bei einer Aufsichtsbehörde für den Datenschutz über die Verarbeitung Ihrer personenbezogenen Daten zu beschweren. Zuständig ist insbesondere die Aufsichtsbehörde Ihres Aufenthaltsortes, Ihres Arbeitsplatzes oder des Sitzes unseres Unternehmens.</w:t>
      </w:r>
    </w:p>
    <w:p w14:paraId="075C77D7" w14:textId="77777777" w:rsidR="00053CB5" w:rsidRDefault="00053CB5">
      <w:pPr>
        <w:rPr>
          <w:rFonts w:ascii="Calibri Light" w:hAnsi="Calibri Light" w:cs="Calibri Light"/>
          <w:b/>
          <w:bCs/>
          <w:lang w:val="de-DE"/>
        </w:rPr>
      </w:pPr>
    </w:p>
    <w:p w14:paraId="23680926" w14:textId="7635C1E5" w:rsidR="00782DC2" w:rsidRPr="00777E5E" w:rsidRDefault="00D62CAA">
      <w:pPr>
        <w:rPr>
          <w:rFonts w:ascii="Calibri Light" w:hAnsi="Calibri Light" w:cs="Calibri Light"/>
          <w:b/>
          <w:bCs/>
          <w:lang w:val="de-DE"/>
        </w:rPr>
      </w:pPr>
      <w:r w:rsidRPr="00777E5E">
        <w:rPr>
          <w:rFonts w:ascii="Calibri Light" w:hAnsi="Calibri Light" w:cs="Calibri Light"/>
          <w:b/>
          <w:bCs/>
          <w:lang w:val="de-DE"/>
        </w:rPr>
        <w:lastRenderedPageBreak/>
        <w:t>Bestätigung des Erhalts dieser Information</w:t>
      </w:r>
    </w:p>
    <w:p w14:paraId="6933B4EB" w14:textId="77777777" w:rsidR="00782DC2" w:rsidRPr="002E6640" w:rsidRDefault="00D62CAA">
      <w:pPr>
        <w:rPr>
          <w:rFonts w:ascii="Calibri Light" w:hAnsi="Calibri Light" w:cs="Calibri Light"/>
          <w:lang w:val="de-DE"/>
        </w:rPr>
      </w:pPr>
      <w:r w:rsidRPr="002E6640">
        <w:rPr>
          <w:rFonts w:ascii="Calibri Light" w:hAnsi="Calibri Light" w:cs="Calibri Light"/>
          <w:lang w:val="de-DE"/>
        </w:rPr>
        <w:t>Ich habe die vorstehende Information zur Verarbeitung meiner personenbezogenen Daten gemäß Art. 13 DSGVO erhalten.</w:t>
      </w:r>
    </w:p>
    <w:p w14:paraId="7FB08B76" w14:textId="39596670" w:rsidR="00782DC2" w:rsidRPr="002E6640" w:rsidRDefault="00D62CAA">
      <w:pPr>
        <w:rPr>
          <w:rFonts w:ascii="Calibri Light" w:hAnsi="Calibri Light" w:cs="Calibri Light"/>
          <w:lang w:val="de-DE"/>
        </w:rPr>
      </w:pPr>
      <w:r w:rsidRPr="002E6640">
        <w:rPr>
          <w:rFonts w:ascii="Calibri Light" w:hAnsi="Calibri Light" w:cs="Calibri Light"/>
          <w:lang w:val="de-DE"/>
        </w:rPr>
        <w:t>Ort, Datum: ________________________</w:t>
      </w:r>
      <w:r w:rsidR="00777E5E">
        <w:rPr>
          <w:rFonts w:ascii="Calibri Light" w:hAnsi="Calibri Light" w:cs="Calibri Light"/>
          <w:lang w:val="de-DE"/>
        </w:rPr>
        <w:t>_________________________________________</w:t>
      </w:r>
      <w:r w:rsidRPr="002E6640">
        <w:rPr>
          <w:rFonts w:ascii="Calibri Light" w:hAnsi="Calibri Light" w:cs="Calibri Light"/>
          <w:lang w:val="de-DE"/>
        </w:rPr>
        <w:t>___</w:t>
      </w:r>
      <w:r w:rsidR="00777E5E">
        <w:rPr>
          <w:rFonts w:ascii="Calibri Light" w:hAnsi="Calibri Light" w:cs="Calibri Light"/>
          <w:lang w:val="de-DE"/>
        </w:rPr>
        <w:br/>
      </w:r>
    </w:p>
    <w:p w14:paraId="77EDC944" w14:textId="77777777" w:rsidR="00053CB5" w:rsidRDefault="00777E5E">
      <w:pPr>
        <w:rPr>
          <w:rFonts w:ascii="Calibri Light" w:hAnsi="Calibri Light" w:cs="Calibri Light"/>
          <w:lang w:val="de-DE"/>
        </w:rPr>
      </w:pPr>
      <w:r>
        <w:rPr>
          <w:rFonts w:ascii="Calibri Light" w:hAnsi="Calibri Light" w:cs="Calibri Light"/>
          <w:lang w:val="de-DE"/>
        </w:rPr>
        <w:t>Vor-, Nachn</w:t>
      </w:r>
      <w:r w:rsidR="00D62CAA" w:rsidRPr="002E6640">
        <w:rPr>
          <w:rFonts w:ascii="Calibri Light" w:hAnsi="Calibri Light" w:cs="Calibri Light"/>
          <w:lang w:val="de-DE"/>
        </w:rPr>
        <w:t xml:space="preserve">ame (Druckbuchstaben): </w:t>
      </w:r>
      <w:r>
        <w:rPr>
          <w:rFonts w:ascii="Calibri Light" w:hAnsi="Calibri Light" w:cs="Calibri Light"/>
          <w:lang w:val="de-DE"/>
        </w:rPr>
        <w:t>___________________________</w:t>
      </w:r>
      <w:r w:rsidR="00D62CAA" w:rsidRPr="002E6640">
        <w:rPr>
          <w:rFonts w:ascii="Calibri Light" w:hAnsi="Calibri Light" w:cs="Calibri Light"/>
          <w:lang w:val="de-DE"/>
        </w:rPr>
        <w:t>_____________________</w:t>
      </w:r>
      <w:r>
        <w:rPr>
          <w:rFonts w:ascii="Calibri Light" w:hAnsi="Calibri Light" w:cs="Calibri Light"/>
          <w:lang w:val="de-DE"/>
        </w:rPr>
        <w:br/>
      </w:r>
      <w:r>
        <w:rPr>
          <w:rFonts w:ascii="Calibri Light" w:hAnsi="Calibri Light" w:cs="Calibri Light"/>
          <w:lang w:val="de-DE"/>
        </w:rPr>
        <w:br/>
      </w:r>
      <w:r w:rsidR="00D62CAA" w:rsidRPr="002E6640">
        <w:rPr>
          <w:rFonts w:ascii="Calibri Light" w:hAnsi="Calibri Light" w:cs="Calibri Light"/>
          <w:lang w:val="de-DE"/>
        </w:rPr>
        <w:t>Unterschrift: __________________________</w:t>
      </w:r>
      <w:r>
        <w:rPr>
          <w:rFonts w:ascii="Calibri Light" w:hAnsi="Calibri Light" w:cs="Calibri Light"/>
          <w:lang w:val="de-DE"/>
        </w:rPr>
        <w:t>_________________________________________</w:t>
      </w:r>
      <w:r w:rsidR="00D62CAA" w:rsidRPr="002E6640">
        <w:rPr>
          <w:rFonts w:ascii="Calibri Light" w:hAnsi="Calibri Light" w:cs="Calibri Light"/>
          <w:lang w:val="de-DE"/>
        </w:rPr>
        <w:t>_</w:t>
      </w:r>
      <w:r>
        <w:rPr>
          <w:rFonts w:ascii="Calibri Light" w:hAnsi="Calibri Light" w:cs="Calibri Light"/>
          <w:lang w:val="de-DE"/>
        </w:rPr>
        <w:br/>
      </w:r>
      <w:r>
        <w:rPr>
          <w:rFonts w:ascii="Calibri Light" w:hAnsi="Calibri Light" w:cs="Calibri Light"/>
          <w:lang w:val="de-DE"/>
        </w:rPr>
        <w:br/>
      </w:r>
    </w:p>
    <w:p w14:paraId="4F2D0044" w14:textId="7546B366" w:rsidR="00782DC2" w:rsidRPr="00053CB5" w:rsidRDefault="00D62CAA">
      <w:pPr>
        <w:rPr>
          <w:rFonts w:ascii="Calibri Light" w:hAnsi="Calibri Light" w:cs="Calibri Light"/>
          <w:sz w:val="20"/>
          <w:szCs w:val="20"/>
          <w:lang w:val="de-DE"/>
        </w:rPr>
      </w:pPr>
      <w:r w:rsidRPr="00053CB5">
        <w:rPr>
          <w:rFonts w:ascii="Calibri Light" w:hAnsi="Calibri Light" w:cs="Calibri Light"/>
          <w:sz w:val="20"/>
          <w:szCs w:val="20"/>
          <w:lang w:val="de-DE"/>
        </w:rPr>
        <w:t xml:space="preserve">Stand: </w:t>
      </w:r>
      <w:r w:rsidR="00053CB5">
        <w:rPr>
          <w:rFonts w:ascii="Calibri Light" w:hAnsi="Calibri Light" w:cs="Calibri Light"/>
          <w:sz w:val="20"/>
          <w:szCs w:val="20"/>
          <w:lang w:val="de-DE"/>
        </w:rPr>
        <w:t>20</w:t>
      </w:r>
      <w:r w:rsidRPr="00053CB5">
        <w:rPr>
          <w:rFonts w:ascii="Calibri Light" w:hAnsi="Calibri Light" w:cs="Calibri Light"/>
          <w:sz w:val="20"/>
          <w:szCs w:val="20"/>
          <w:lang w:val="de-DE"/>
        </w:rPr>
        <w:t>.0</w:t>
      </w:r>
      <w:r w:rsidR="00777E5E" w:rsidRPr="00053CB5">
        <w:rPr>
          <w:rFonts w:ascii="Calibri Light" w:hAnsi="Calibri Light" w:cs="Calibri Light"/>
          <w:sz w:val="20"/>
          <w:szCs w:val="20"/>
          <w:lang w:val="de-DE"/>
        </w:rPr>
        <w:t>8</w:t>
      </w:r>
      <w:r w:rsidRPr="00053CB5">
        <w:rPr>
          <w:rFonts w:ascii="Calibri Light" w:hAnsi="Calibri Light" w:cs="Calibri Light"/>
          <w:sz w:val="20"/>
          <w:szCs w:val="20"/>
          <w:lang w:val="de-DE"/>
        </w:rPr>
        <w:t>.2026</w:t>
      </w:r>
    </w:p>
    <w:sectPr w:rsidR="00782DC2" w:rsidRPr="00053CB5" w:rsidSect="00777E5E">
      <w:footerReference w:type="default" r:id="rId8"/>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FC7E4" w14:textId="77777777" w:rsidR="00CC5E37" w:rsidRDefault="00CC5E37" w:rsidP="00777E5E">
      <w:pPr>
        <w:spacing w:after="0" w:line="240" w:lineRule="auto"/>
      </w:pPr>
      <w:r>
        <w:separator/>
      </w:r>
    </w:p>
  </w:endnote>
  <w:endnote w:type="continuationSeparator" w:id="0">
    <w:p w14:paraId="201D6720" w14:textId="77777777" w:rsidR="00CC5E37" w:rsidRDefault="00CC5E37" w:rsidP="00777E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EC993" w14:textId="11E5C3DA" w:rsidR="00777E5E" w:rsidRPr="00777E5E" w:rsidRDefault="00777E5E">
    <w:pPr>
      <w:pStyle w:val="Fuzeile"/>
      <w:rPr>
        <w:rFonts w:ascii="Calibri Light" w:hAnsi="Calibri Light" w:cs="Calibri Light"/>
        <w:sz w:val="18"/>
        <w:szCs w:val="18"/>
      </w:rPr>
    </w:pPr>
    <w:r>
      <w:rPr>
        <w:rFonts w:ascii="Calibri Light" w:hAnsi="Calibri Light" w:cs="Calibri Light"/>
        <w:sz w:val="18"/>
        <w:szCs w:val="18"/>
      </w:rPr>
      <w:ptab w:relativeTo="margin" w:alignment="right" w:leader="none"/>
    </w:r>
    <w:r w:rsidRPr="00777E5E">
      <w:rPr>
        <w:rFonts w:ascii="Calibri Light" w:hAnsi="Calibri Light" w:cs="Calibri Light"/>
        <w:sz w:val="18"/>
        <w:szCs w:val="18"/>
      </w:rPr>
      <w:fldChar w:fldCharType="begin"/>
    </w:r>
    <w:r w:rsidRPr="00777E5E">
      <w:rPr>
        <w:rFonts w:ascii="Calibri Light" w:hAnsi="Calibri Light" w:cs="Calibri Light"/>
        <w:sz w:val="18"/>
        <w:szCs w:val="18"/>
      </w:rPr>
      <w:instrText>PAGE  \* Arabic  \* MERGEFORMAT</w:instrText>
    </w:r>
    <w:r w:rsidRPr="00777E5E">
      <w:rPr>
        <w:rFonts w:ascii="Calibri Light" w:hAnsi="Calibri Light" w:cs="Calibri Light"/>
        <w:sz w:val="18"/>
        <w:szCs w:val="18"/>
      </w:rPr>
      <w:fldChar w:fldCharType="separate"/>
    </w:r>
    <w:r w:rsidRPr="00777E5E">
      <w:rPr>
        <w:rFonts w:ascii="Calibri Light" w:hAnsi="Calibri Light" w:cs="Calibri Light"/>
        <w:sz w:val="18"/>
        <w:szCs w:val="18"/>
        <w:lang w:val="de-DE"/>
      </w:rPr>
      <w:t>1</w:t>
    </w:r>
    <w:r w:rsidRPr="00777E5E">
      <w:rPr>
        <w:rFonts w:ascii="Calibri Light" w:hAnsi="Calibri Light" w:cs="Calibri Light"/>
        <w:sz w:val="18"/>
        <w:szCs w:val="18"/>
      </w:rPr>
      <w:fldChar w:fldCharType="end"/>
    </w:r>
    <w:r w:rsidRPr="00777E5E">
      <w:rPr>
        <w:rFonts w:ascii="Calibri Light" w:hAnsi="Calibri Light" w:cs="Calibri Light"/>
        <w:sz w:val="18"/>
        <w:szCs w:val="18"/>
        <w:lang w:val="de-DE"/>
      </w:rPr>
      <w:t xml:space="preserve"> / </w:t>
    </w:r>
    <w:r w:rsidRPr="00777E5E">
      <w:rPr>
        <w:rFonts w:ascii="Calibri Light" w:hAnsi="Calibri Light" w:cs="Calibri Light"/>
        <w:sz w:val="18"/>
        <w:szCs w:val="18"/>
      </w:rPr>
      <w:fldChar w:fldCharType="begin"/>
    </w:r>
    <w:r w:rsidRPr="00777E5E">
      <w:rPr>
        <w:rFonts w:ascii="Calibri Light" w:hAnsi="Calibri Light" w:cs="Calibri Light"/>
        <w:sz w:val="18"/>
        <w:szCs w:val="18"/>
      </w:rPr>
      <w:instrText>NUMPAGES  \* Arabic  \* MERGEFORMAT</w:instrText>
    </w:r>
    <w:r w:rsidRPr="00777E5E">
      <w:rPr>
        <w:rFonts w:ascii="Calibri Light" w:hAnsi="Calibri Light" w:cs="Calibri Light"/>
        <w:sz w:val="18"/>
        <w:szCs w:val="18"/>
      </w:rPr>
      <w:fldChar w:fldCharType="separate"/>
    </w:r>
    <w:r w:rsidRPr="00777E5E">
      <w:rPr>
        <w:rFonts w:ascii="Calibri Light" w:hAnsi="Calibri Light" w:cs="Calibri Light"/>
        <w:sz w:val="18"/>
        <w:szCs w:val="18"/>
        <w:lang w:val="de-DE"/>
      </w:rPr>
      <w:t>2</w:t>
    </w:r>
    <w:r w:rsidRPr="00777E5E">
      <w:rPr>
        <w:rFonts w:ascii="Calibri Light" w:hAnsi="Calibri Light" w:cs="Calibri Light"/>
        <w:sz w:val="18"/>
        <w:szCs w:val="18"/>
      </w:rPr>
      <w:fldChar w:fldCharType="end"/>
    </w:r>
  </w:p>
  <w:p w14:paraId="0583BE4B" w14:textId="77777777" w:rsidR="00777E5E" w:rsidRDefault="00777E5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2485D" w14:textId="77777777" w:rsidR="00CC5E37" w:rsidRDefault="00CC5E37" w:rsidP="00777E5E">
      <w:pPr>
        <w:spacing w:after="0" w:line="240" w:lineRule="auto"/>
      </w:pPr>
      <w:r>
        <w:separator/>
      </w:r>
    </w:p>
  </w:footnote>
  <w:footnote w:type="continuationSeparator" w:id="0">
    <w:p w14:paraId="4045492A" w14:textId="77777777" w:rsidR="00CC5E37" w:rsidRDefault="00CC5E37" w:rsidP="00777E5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04070005"/>
    <w:lvl w:ilvl="0">
      <w:start w:val="1"/>
      <w:numFmt w:val="bullet"/>
      <w:lvlText w:val=""/>
      <w:lvlJc w:val="left"/>
      <w:pPr>
        <w:ind w:left="360" w:hanging="360"/>
      </w:pPr>
      <w:rPr>
        <w:rFonts w:ascii="Wingdings" w:hAnsi="Wingdings" w:hint="default"/>
      </w:rPr>
    </w:lvl>
  </w:abstractNum>
  <w:abstractNum w:abstractNumId="9" w15:restartNumberingAfterBreak="0">
    <w:nsid w:val="00526F84"/>
    <w:multiLevelType w:val="hybridMultilevel"/>
    <w:tmpl w:val="E402A4EE"/>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3A61D42"/>
    <w:multiLevelType w:val="hybridMultilevel"/>
    <w:tmpl w:val="3E665CA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4AF5F67"/>
    <w:multiLevelType w:val="hybridMultilevel"/>
    <w:tmpl w:val="791EDCE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3A28C5"/>
    <w:multiLevelType w:val="hybridMultilevel"/>
    <w:tmpl w:val="83BE945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FA321DE"/>
    <w:multiLevelType w:val="hybridMultilevel"/>
    <w:tmpl w:val="F26EF76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5B139D"/>
    <w:multiLevelType w:val="hybridMultilevel"/>
    <w:tmpl w:val="51CA1262"/>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30961690">
    <w:abstractNumId w:val="8"/>
  </w:num>
  <w:num w:numId="2" w16cid:durableId="733889861">
    <w:abstractNumId w:val="6"/>
  </w:num>
  <w:num w:numId="3" w16cid:durableId="1015300673">
    <w:abstractNumId w:val="5"/>
  </w:num>
  <w:num w:numId="4" w16cid:durableId="2030792088">
    <w:abstractNumId w:val="4"/>
  </w:num>
  <w:num w:numId="5" w16cid:durableId="159935027">
    <w:abstractNumId w:val="7"/>
  </w:num>
  <w:num w:numId="6" w16cid:durableId="2065374234">
    <w:abstractNumId w:val="3"/>
  </w:num>
  <w:num w:numId="7" w16cid:durableId="1906187093">
    <w:abstractNumId w:val="2"/>
  </w:num>
  <w:num w:numId="8" w16cid:durableId="134184899">
    <w:abstractNumId w:val="1"/>
  </w:num>
  <w:num w:numId="9" w16cid:durableId="2002345427">
    <w:abstractNumId w:val="0"/>
  </w:num>
  <w:num w:numId="10" w16cid:durableId="1460876942">
    <w:abstractNumId w:val="7"/>
    <w:lvlOverride w:ilvl="0">
      <w:startOverride w:val="2"/>
    </w:lvlOverride>
  </w:num>
  <w:num w:numId="11" w16cid:durableId="1393651391">
    <w:abstractNumId w:val="7"/>
    <w:lvlOverride w:ilvl="0">
      <w:startOverride w:val="3"/>
    </w:lvlOverride>
  </w:num>
  <w:num w:numId="12" w16cid:durableId="1225064475">
    <w:abstractNumId w:val="7"/>
    <w:lvlOverride w:ilvl="0">
      <w:startOverride w:val="4"/>
    </w:lvlOverride>
  </w:num>
  <w:num w:numId="13" w16cid:durableId="299650748">
    <w:abstractNumId w:val="7"/>
    <w:lvlOverride w:ilvl="0">
      <w:startOverride w:val="5"/>
    </w:lvlOverride>
  </w:num>
  <w:num w:numId="14" w16cid:durableId="1002733066">
    <w:abstractNumId w:val="7"/>
    <w:lvlOverride w:ilvl="0">
      <w:startOverride w:val="6"/>
    </w:lvlOverride>
  </w:num>
  <w:num w:numId="15" w16cid:durableId="1788813745">
    <w:abstractNumId w:val="7"/>
    <w:lvlOverride w:ilvl="0">
      <w:startOverride w:val="7"/>
    </w:lvlOverride>
  </w:num>
  <w:num w:numId="16" w16cid:durableId="1548029883">
    <w:abstractNumId w:val="7"/>
    <w:lvlOverride w:ilvl="0">
      <w:startOverride w:val="8"/>
    </w:lvlOverride>
  </w:num>
  <w:num w:numId="17" w16cid:durableId="1856117066">
    <w:abstractNumId w:val="7"/>
    <w:lvlOverride w:ilvl="0">
      <w:startOverride w:val="9"/>
    </w:lvlOverride>
  </w:num>
  <w:num w:numId="18" w16cid:durableId="1732540725">
    <w:abstractNumId w:val="7"/>
    <w:lvlOverride w:ilvl="0">
      <w:startOverride w:val="10"/>
    </w:lvlOverride>
  </w:num>
  <w:num w:numId="19" w16cid:durableId="705758232">
    <w:abstractNumId w:val="11"/>
  </w:num>
  <w:num w:numId="20" w16cid:durableId="1210917354">
    <w:abstractNumId w:val="10"/>
  </w:num>
  <w:num w:numId="21" w16cid:durableId="93088297">
    <w:abstractNumId w:val="9"/>
  </w:num>
  <w:num w:numId="22" w16cid:durableId="997078065">
    <w:abstractNumId w:val="14"/>
  </w:num>
  <w:num w:numId="23" w16cid:durableId="474835466">
    <w:abstractNumId w:val="12"/>
  </w:num>
  <w:num w:numId="24" w16cid:durableId="20449157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3CB5"/>
    <w:rsid w:val="0006063C"/>
    <w:rsid w:val="0015074B"/>
    <w:rsid w:val="0029639D"/>
    <w:rsid w:val="002E6640"/>
    <w:rsid w:val="00326F90"/>
    <w:rsid w:val="005A337A"/>
    <w:rsid w:val="00777E5E"/>
    <w:rsid w:val="00782DC2"/>
    <w:rsid w:val="00871593"/>
    <w:rsid w:val="009A5373"/>
    <w:rsid w:val="009E3D60"/>
    <w:rsid w:val="00A06521"/>
    <w:rsid w:val="00AA1D8D"/>
    <w:rsid w:val="00AB64DB"/>
    <w:rsid w:val="00B47730"/>
    <w:rsid w:val="00C041E1"/>
    <w:rsid w:val="00CB0664"/>
    <w:rsid w:val="00CC5E37"/>
    <w:rsid w:val="00D62CAA"/>
    <w:rsid w:val="00F367F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8B657F"/>
  <w14:defaultImageDpi w14:val="300"/>
  <w15:docId w15:val="{21CC0492-E146-4AB7-B29F-59B306D4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4DB"/>
  </w:style>
  <w:style w:type="paragraph" w:styleId="berschrift1">
    <w:name w:val="heading 1"/>
    <w:basedOn w:val="Standard"/>
    <w:next w:val="Standard"/>
    <w:link w:val="berschrift1Zchn"/>
    <w:uiPriority w:val="9"/>
    <w:qFormat/>
    <w:rsid w:val="00AB64DB"/>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berschrift2">
    <w:name w:val="heading 2"/>
    <w:basedOn w:val="Standard"/>
    <w:next w:val="Standard"/>
    <w:link w:val="berschrift2Zchn"/>
    <w:uiPriority w:val="9"/>
    <w:unhideWhenUsed/>
    <w:qFormat/>
    <w:rsid w:val="00AB64DB"/>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berschrift3">
    <w:name w:val="heading 3"/>
    <w:basedOn w:val="Standard"/>
    <w:next w:val="Standard"/>
    <w:link w:val="berschrift3Zchn"/>
    <w:uiPriority w:val="9"/>
    <w:unhideWhenUsed/>
    <w:qFormat/>
    <w:rsid w:val="00AB64DB"/>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berschrift4">
    <w:name w:val="heading 4"/>
    <w:basedOn w:val="Standard"/>
    <w:next w:val="Standard"/>
    <w:link w:val="berschrift4Zchn"/>
    <w:uiPriority w:val="9"/>
    <w:semiHidden/>
    <w:unhideWhenUsed/>
    <w:qFormat/>
    <w:rsid w:val="00AB64DB"/>
    <w:pPr>
      <w:keepNext/>
      <w:keepLines/>
      <w:spacing w:before="40" w:after="0"/>
      <w:outlineLvl w:val="3"/>
    </w:pPr>
    <w:rPr>
      <w:i/>
      <w:iCs/>
    </w:rPr>
  </w:style>
  <w:style w:type="paragraph" w:styleId="berschrift5">
    <w:name w:val="heading 5"/>
    <w:basedOn w:val="Standard"/>
    <w:next w:val="Standard"/>
    <w:link w:val="berschrift5Zchn"/>
    <w:uiPriority w:val="9"/>
    <w:semiHidden/>
    <w:unhideWhenUsed/>
    <w:qFormat/>
    <w:rsid w:val="00AB64DB"/>
    <w:pPr>
      <w:keepNext/>
      <w:keepLines/>
      <w:spacing w:before="40" w:after="0"/>
      <w:outlineLvl w:val="4"/>
    </w:pPr>
    <w:rPr>
      <w:color w:val="404040" w:themeColor="text1" w:themeTint="BF"/>
    </w:rPr>
  </w:style>
  <w:style w:type="paragraph" w:styleId="berschrift6">
    <w:name w:val="heading 6"/>
    <w:basedOn w:val="Standard"/>
    <w:next w:val="Standard"/>
    <w:link w:val="berschrift6Zchn"/>
    <w:uiPriority w:val="9"/>
    <w:semiHidden/>
    <w:unhideWhenUsed/>
    <w:qFormat/>
    <w:rsid w:val="00AB64DB"/>
    <w:pPr>
      <w:keepNext/>
      <w:keepLines/>
      <w:spacing w:before="40" w:after="0"/>
      <w:outlineLvl w:val="5"/>
    </w:pPr>
  </w:style>
  <w:style w:type="paragraph" w:styleId="berschrift7">
    <w:name w:val="heading 7"/>
    <w:basedOn w:val="Standard"/>
    <w:next w:val="Standard"/>
    <w:link w:val="berschrift7Zchn"/>
    <w:uiPriority w:val="9"/>
    <w:semiHidden/>
    <w:unhideWhenUsed/>
    <w:qFormat/>
    <w:rsid w:val="00AB64DB"/>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AB64DB"/>
    <w:pPr>
      <w:keepNext/>
      <w:keepLines/>
      <w:spacing w:before="40" w:after="0"/>
      <w:outlineLvl w:val="7"/>
    </w:pPr>
    <w:rPr>
      <w:color w:val="262626" w:themeColor="text1" w:themeTint="D9"/>
      <w:sz w:val="21"/>
      <w:szCs w:val="21"/>
    </w:rPr>
  </w:style>
  <w:style w:type="paragraph" w:styleId="berschrift9">
    <w:name w:val="heading 9"/>
    <w:basedOn w:val="Standard"/>
    <w:next w:val="Standard"/>
    <w:link w:val="berschrift9Zchn"/>
    <w:uiPriority w:val="9"/>
    <w:semiHidden/>
    <w:unhideWhenUsed/>
    <w:qFormat/>
    <w:rsid w:val="00AB64DB"/>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AB64DB"/>
    <w:pPr>
      <w:spacing w:after="0" w:line="240" w:lineRule="auto"/>
    </w:pPr>
  </w:style>
  <w:style w:type="character" w:customStyle="1" w:styleId="berschrift1Zchn">
    <w:name w:val="Überschrift 1 Zchn"/>
    <w:basedOn w:val="Absatz-Standardschriftart"/>
    <w:link w:val="berschrift1"/>
    <w:uiPriority w:val="9"/>
    <w:rsid w:val="00AB64DB"/>
    <w:rPr>
      <w:rFonts w:asciiTheme="majorHAnsi" w:eastAsiaTheme="majorEastAsia" w:hAnsiTheme="majorHAnsi" w:cstheme="majorBidi"/>
      <w:color w:val="262626" w:themeColor="text1" w:themeTint="D9"/>
      <w:sz w:val="32"/>
      <w:szCs w:val="32"/>
    </w:rPr>
  </w:style>
  <w:style w:type="character" w:customStyle="1" w:styleId="berschrift2Zchn">
    <w:name w:val="Überschrift 2 Zchn"/>
    <w:basedOn w:val="Absatz-Standardschriftart"/>
    <w:link w:val="berschrift2"/>
    <w:uiPriority w:val="9"/>
    <w:rsid w:val="00AB64DB"/>
    <w:rPr>
      <w:rFonts w:asciiTheme="majorHAnsi" w:eastAsiaTheme="majorEastAsia" w:hAnsiTheme="majorHAnsi" w:cstheme="majorBidi"/>
      <w:color w:val="262626" w:themeColor="text1" w:themeTint="D9"/>
      <w:sz w:val="28"/>
      <w:szCs w:val="28"/>
    </w:rPr>
  </w:style>
  <w:style w:type="character" w:customStyle="1" w:styleId="berschrift3Zchn">
    <w:name w:val="Überschrift 3 Zchn"/>
    <w:basedOn w:val="Absatz-Standardschriftart"/>
    <w:link w:val="berschrift3"/>
    <w:uiPriority w:val="9"/>
    <w:rsid w:val="00AB64DB"/>
    <w:rPr>
      <w:rFonts w:asciiTheme="majorHAnsi" w:eastAsiaTheme="majorEastAsia" w:hAnsiTheme="majorHAnsi" w:cstheme="majorBidi"/>
      <w:color w:val="0D0D0D" w:themeColor="text1" w:themeTint="F2"/>
      <w:sz w:val="24"/>
      <w:szCs w:val="24"/>
    </w:rPr>
  </w:style>
  <w:style w:type="paragraph" w:styleId="Titel">
    <w:name w:val="Title"/>
    <w:basedOn w:val="Standard"/>
    <w:next w:val="Standard"/>
    <w:link w:val="TitelZchn"/>
    <w:uiPriority w:val="10"/>
    <w:qFormat/>
    <w:rsid w:val="00AB64DB"/>
    <w:pPr>
      <w:spacing w:after="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sid w:val="00AB64DB"/>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rsid w:val="00AB64DB"/>
    <w:pPr>
      <w:numPr>
        <w:ilvl w:val="1"/>
      </w:numPr>
    </w:pPr>
    <w:rPr>
      <w:color w:val="5A5A5A" w:themeColor="text1" w:themeTint="A5"/>
      <w:spacing w:val="15"/>
    </w:rPr>
  </w:style>
  <w:style w:type="character" w:customStyle="1" w:styleId="UntertitelZchn">
    <w:name w:val="Untertitel Zchn"/>
    <w:basedOn w:val="Absatz-Standardschriftart"/>
    <w:link w:val="Untertitel"/>
    <w:uiPriority w:val="11"/>
    <w:rsid w:val="00AB64DB"/>
    <w:rPr>
      <w:color w:val="5A5A5A" w:themeColor="text1" w:themeTint="A5"/>
      <w:spacing w:val="15"/>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AB64DB"/>
    <w:pPr>
      <w:spacing w:before="200"/>
      <w:ind w:left="864" w:right="864"/>
    </w:pPr>
    <w:rPr>
      <w:i/>
      <w:iCs/>
      <w:color w:val="404040" w:themeColor="text1" w:themeTint="BF"/>
    </w:rPr>
  </w:style>
  <w:style w:type="character" w:customStyle="1" w:styleId="ZitatZchn">
    <w:name w:val="Zitat Zchn"/>
    <w:basedOn w:val="Absatz-Standardschriftart"/>
    <w:link w:val="Zitat"/>
    <w:uiPriority w:val="29"/>
    <w:rsid w:val="00AB64DB"/>
    <w:rPr>
      <w:i/>
      <w:iCs/>
      <w:color w:val="404040" w:themeColor="text1" w:themeTint="BF"/>
    </w:rPr>
  </w:style>
  <w:style w:type="character" w:customStyle="1" w:styleId="berschrift4Zchn">
    <w:name w:val="Überschrift 4 Zchn"/>
    <w:basedOn w:val="Absatz-Standardschriftart"/>
    <w:link w:val="berschrift4"/>
    <w:uiPriority w:val="9"/>
    <w:semiHidden/>
    <w:rsid w:val="00AB64DB"/>
    <w:rPr>
      <w:i/>
      <w:iCs/>
    </w:rPr>
  </w:style>
  <w:style w:type="character" w:customStyle="1" w:styleId="berschrift5Zchn">
    <w:name w:val="Überschrift 5 Zchn"/>
    <w:basedOn w:val="Absatz-Standardschriftart"/>
    <w:link w:val="berschrift5"/>
    <w:uiPriority w:val="9"/>
    <w:semiHidden/>
    <w:rsid w:val="00AB64DB"/>
    <w:rPr>
      <w:color w:val="404040" w:themeColor="text1" w:themeTint="BF"/>
    </w:rPr>
  </w:style>
  <w:style w:type="character" w:customStyle="1" w:styleId="berschrift6Zchn">
    <w:name w:val="Überschrift 6 Zchn"/>
    <w:basedOn w:val="Absatz-Standardschriftart"/>
    <w:link w:val="berschrift6"/>
    <w:uiPriority w:val="9"/>
    <w:semiHidden/>
    <w:rsid w:val="00AB64DB"/>
  </w:style>
  <w:style w:type="character" w:customStyle="1" w:styleId="berschrift7Zchn">
    <w:name w:val="Überschrift 7 Zchn"/>
    <w:basedOn w:val="Absatz-Standardschriftart"/>
    <w:link w:val="berschrift7"/>
    <w:uiPriority w:val="9"/>
    <w:semiHidden/>
    <w:rsid w:val="00AB64DB"/>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AB64DB"/>
    <w:rPr>
      <w:color w:val="262626" w:themeColor="text1" w:themeTint="D9"/>
      <w:sz w:val="21"/>
      <w:szCs w:val="21"/>
    </w:rPr>
  </w:style>
  <w:style w:type="character" w:customStyle="1" w:styleId="berschrift9Zchn">
    <w:name w:val="Überschrift 9 Zchn"/>
    <w:basedOn w:val="Absatz-Standardschriftart"/>
    <w:link w:val="berschrift9"/>
    <w:uiPriority w:val="9"/>
    <w:semiHidden/>
    <w:rsid w:val="00AB64DB"/>
    <w:rPr>
      <w:rFonts w:asciiTheme="majorHAnsi" w:eastAsiaTheme="majorEastAsia" w:hAnsiTheme="majorHAnsi" w:cstheme="majorBidi"/>
      <w:i/>
      <w:iCs/>
      <w:color w:val="262626" w:themeColor="text1" w:themeTint="D9"/>
      <w:sz w:val="21"/>
      <w:szCs w:val="21"/>
    </w:rPr>
  </w:style>
  <w:style w:type="paragraph" w:styleId="Beschriftung">
    <w:name w:val="caption"/>
    <w:basedOn w:val="Standard"/>
    <w:next w:val="Standard"/>
    <w:uiPriority w:val="35"/>
    <w:semiHidden/>
    <w:unhideWhenUsed/>
    <w:qFormat/>
    <w:rsid w:val="00AB64DB"/>
    <w:pPr>
      <w:spacing w:after="200" w:line="240" w:lineRule="auto"/>
    </w:pPr>
    <w:rPr>
      <w:i/>
      <w:iCs/>
      <w:color w:val="1F497D" w:themeColor="text2"/>
      <w:sz w:val="18"/>
      <w:szCs w:val="18"/>
    </w:rPr>
  </w:style>
  <w:style w:type="character" w:styleId="Fett">
    <w:name w:val="Strong"/>
    <w:basedOn w:val="Absatz-Standardschriftart"/>
    <w:uiPriority w:val="22"/>
    <w:qFormat/>
    <w:rsid w:val="00AB64DB"/>
    <w:rPr>
      <w:b/>
      <w:bCs/>
      <w:color w:val="auto"/>
    </w:rPr>
  </w:style>
  <w:style w:type="character" w:styleId="Hervorhebung">
    <w:name w:val="Emphasis"/>
    <w:basedOn w:val="Absatz-Standardschriftart"/>
    <w:uiPriority w:val="20"/>
    <w:qFormat/>
    <w:rsid w:val="00AB64DB"/>
    <w:rPr>
      <w:i/>
      <w:iCs/>
      <w:color w:val="auto"/>
    </w:rPr>
  </w:style>
  <w:style w:type="paragraph" w:styleId="IntensivesZitat">
    <w:name w:val="Intense Quote"/>
    <w:basedOn w:val="Standard"/>
    <w:next w:val="Standard"/>
    <w:link w:val="IntensivesZitatZchn"/>
    <w:uiPriority w:val="30"/>
    <w:qFormat/>
    <w:rsid w:val="00AB64DB"/>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ivesZitatZchn">
    <w:name w:val="Intensives Zitat Zchn"/>
    <w:basedOn w:val="Absatz-Standardschriftart"/>
    <w:link w:val="IntensivesZitat"/>
    <w:uiPriority w:val="30"/>
    <w:rsid w:val="00AB64DB"/>
    <w:rPr>
      <w:i/>
      <w:iCs/>
      <w:color w:val="404040" w:themeColor="text1" w:themeTint="BF"/>
    </w:rPr>
  </w:style>
  <w:style w:type="character" w:styleId="SchwacheHervorhebung">
    <w:name w:val="Subtle Emphasis"/>
    <w:basedOn w:val="Absatz-Standardschriftart"/>
    <w:uiPriority w:val="19"/>
    <w:qFormat/>
    <w:rsid w:val="00AB64DB"/>
    <w:rPr>
      <w:i/>
      <w:iCs/>
      <w:color w:val="404040" w:themeColor="text1" w:themeTint="BF"/>
    </w:rPr>
  </w:style>
  <w:style w:type="character" w:styleId="IntensiveHervorhebung">
    <w:name w:val="Intense Emphasis"/>
    <w:basedOn w:val="Absatz-Standardschriftart"/>
    <w:uiPriority w:val="21"/>
    <w:qFormat/>
    <w:rsid w:val="00AB64DB"/>
    <w:rPr>
      <w:b/>
      <w:bCs/>
      <w:i/>
      <w:iCs/>
      <w:color w:val="auto"/>
    </w:rPr>
  </w:style>
  <w:style w:type="character" w:styleId="SchwacherVerweis">
    <w:name w:val="Subtle Reference"/>
    <w:basedOn w:val="Absatz-Standardschriftart"/>
    <w:uiPriority w:val="31"/>
    <w:qFormat/>
    <w:rsid w:val="00AB64DB"/>
    <w:rPr>
      <w:smallCaps/>
      <w:color w:val="404040" w:themeColor="text1" w:themeTint="BF"/>
    </w:rPr>
  </w:style>
  <w:style w:type="character" w:styleId="IntensiverVerweis">
    <w:name w:val="Intense Reference"/>
    <w:basedOn w:val="Absatz-Standardschriftart"/>
    <w:uiPriority w:val="32"/>
    <w:qFormat/>
    <w:rsid w:val="00AB64DB"/>
    <w:rPr>
      <w:b/>
      <w:bCs/>
      <w:smallCaps/>
      <w:color w:val="404040" w:themeColor="text1" w:themeTint="BF"/>
      <w:spacing w:val="5"/>
    </w:rPr>
  </w:style>
  <w:style w:type="character" w:styleId="Buchtitel">
    <w:name w:val="Book Title"/>
    <w:basedOn w:val="Absatz-Standardschriftart"/>
    <w:uiPriority w:val="33"/>
    <w:qFormat/>
    <w:rsid w:val="00AB64DB"/>
    <w:rPr>
      <w:b/>
      <w:bCs/>
      <w:i/>
      <w:iCs/>
      <w:spacing w:val="5"/>
    </w:rPr>
  </w:style>
  <w:style w:type="paragraph" w:styleId="Inhaltsverzeichnisberschrift">
    <w:name w:val="TOC Heading"/>
    <w:basedOn w:val="berschrift1"/>
    <w:next w:val="Standard"/>
    <w:uiPriority w:val="39"/>
    <w:semiHidden/>
    <w:unhideWhenUsed/>
    <w:qFormat/>
    <w:rsid w:val="00AB64DB"/>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4991</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5772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Henning Wehming</cp:lastModifiedBy>
  <cp:revision>2</cp:revision>
  <dcterms:created xsi:type="dcterms:W3CDTF">2026-08-19T12:11:00Z</dcterms:created>
  <dcterms:modified xsi:type="dcterms:W3CDTF">2026-08-19T12:11:00Z</dcterms:modified>
  <cp:category/>
</cp:coreProperties>
</file>