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5AE65" w14:textId="16B2180B" w:rsidR="00FA40F0" w:rsidRDefault="00D3603A">
      <w:pPr>
        <w:pStyle w:val="berschrift1"/>
        <w:rPr>
          <w:rFonts w:ascii="Calibri Light" w:hAnsi="Calibri Light" w:cs="Calibri Light"/>
          <w:b/>
          <w:bCs/>
          <w:sz w:val="36"/>
          <w:szCs w:val="36"/>
          <w:lang w:val="de-DE"/>
        </w:rPr>
      </w:pPr>
      <w:r w:rsidRPr="00D91623">
        <w:rPr>
          <w:rFonts w:ascii="Calibri Light" w:hAnsi="Calibri Light" w:cs="Calibri Light"/>
          <w:b/>
          <w:bCs/>
          <w:sz w:val="36"/>
          <w:szCs w:val="36"/>
          <w:lang w:val="de-DE"/>
        </w:rPr>
        <w:t>Einwilligung</w:t>
      </w:r>
      <w:r w:rsidR="008518D5" w:rsidRPr="00D91623">
        <w:rPr>
          <w:rFonts w:ascii="Calibri Light" w:hAnsi="Calibri Light" w:cs="Calibri Light"/>
          <w:b/>
          <w:bCs/>
          <w:sz w:val="36"/>
          <w:szCs w:val="36"/>
          <w:lang w:val="de-DE"/>
        </w:rPr>
        <w:t xml:space="preserve"> für </w:t>
      </w:r>
      <w:r w:rsidRPr="00D91623">
        <w:rPr>
          <w:rFonts w:ascii="Calibri Light" w:hAnsi="Calibri Light" w:cs="Calibri Light"/>
          <w:b/>
          <w:bCs/>
          <w:sz w:val="36"/>
          <w:szCs w:val="36"/>
          <w:lang w:val="de-DE"/>
        </w:rPr>
        <w:t>Foto</w:t>
      </w:r>
      <w:r w:rsidR="008518D5" w:rsidRPr="00D91623">
        <w:rPr>
          <w:rFonts w:ascii="Calibri Light" w:hAnsi="Calibri Light" w:cs="Calibri Light"/>
          <w:b/>
          <w:bCs/>
          <w:sz w:val="36"/>
          <w:szCs w:val="36"/>
          <w:lang w:val="de-DE"/>
        </w:rPr>
        <w:t>aufnahmen mit Mitarbeite</w:t>
      </w:r>
      <w:r w:rsidR="00D91623">
        <w:rPr>
          <w:rFonts w:ascii="Calibri Light" w:hAnsi="Calibri Light" w:cs="Calibri Light"/>
          <w:b/>
          <w:bCs/>
          <w:sz w:val="36"/>
          <w:szCs w:val="36"/>
          <w:lang w:val="de-DE"/>
        </w:rPr>
        <w:t>nden</w:t>
      </w:r>
    </w:p>
    <w:p w14:paraId="3A942F44" w14:textId="77777777" w:rsidR="00D91623" w:rsidRDefault="00D91623" w:rsidP="00D91623">
      <w:pPr>
        <w:rPr>
          <w:lang w:val="de-DE"/>
        </w:rPr>
      </w:pPr>
    </w:p>
    <w:p w14:paraId="5DC6EBB0" w14:textId="77777777" w:rsidR="00D8248C" w:rsidRPr="00D8248C" w:rsidRDefault="00D8248C" w:rsidP="00D8248C">
      <w:pPr>
        <w:spacing w:line="276" w:lineRule="auto"/>
        <w:jc w:val="both"/>
        <w:rPr>
          <w:rFonts w:ascii="Calibri Light" w:eastAsia="Arial Unicode MS" w:hAnsi="Calibri Light" w:cs="Calibri Light"/>
          <w:b/>
          <w:bCs/>
          <w:i/>
          <w:iCs/>
          <w:color w:val="F5091A"/>
          <w:lang w:val="de-DE" w:eastAsia="de-DE"/>
        </w:rPr>
      </w:pPr>
      <w:r w:rsidRPr="00D8248C">
        <w:rPr>
          <w:rFonts w:ascii="Calibri Light" w:eastAsia="Arial Unicode MS" w:hAnsi="Calibri Light" w:cs="Calibri Light"/>
          <w:b/>
          <w:bCs/>
          <w:i/>
          <w:iCs/>
          <w:color w:val="F5091A"/>
          <w:lang w:val="de-DE" w:eastAsia="de-DE"/>
        </w:rPr>
        <w:t>Hinweis:</w:t>
      </w:r>
    </w:p>
    <w:p w14:paraId="334CB95F" w14:textId="77777777" w:rsidR="00D8248C" w:rsidRPr="00D8248C" w:rsidRDefault="00D8248C" w:rsidP="00D8248C">
      <w:pPr>
        <w:spacing w:after="0" w:line="276" w:lineRule="auto"/>
        <w:jc w:val="both"/>
        <w:rPr>
          <w:rFonts w:ascii="Calibri Light" w:eastAsia="Arial Unicode MS" w:hAnsi="Calibri Light" w:cs="Calibri Light"/>
          <w:i/>
          <w:iCs/>
          <w:color w:val="F5091A"/>
          <w:lang w:val="de-DE" w:eastAsia="de-DE"/>
        </w:rPr>
      </w:pPr>
      <w:r w:rsidRPr="00D8248C">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D8248C">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217043B6" w14:textId="77777777" w:rsidR="00D8248C" w:rsidRPr="00D8248C" w:rsidRDefault="00D8248C" w:rsidP="00D8248C">
      <w:pPr>
        <w:spacing w:line="254" w:lineRule="auto"/>
        <w:rPr>
          <w:rFonts w:ascii="Calibri Light" w:eastAsia="MS Mincho" w:hAnsi="Calibri Light" w:cs="Calibri Light"/>
          <w:lang w:val="de-DE"/>
        </w:rPr>
      </w:pPr>
      <w:r w:rsidRPr="00D8248C">
        <w:rPr>
          <w:rFonts w:ascii="Calibri Light" w:eastAsia="Arial Unicode MS" w:hAnsi="Calibri Light" w:cs="Calibri Light"/>
          <w:i/>
          <w:iCs/>
          <w:color w:val="F5091A"/>
          <w:lang w:val="de-DE" w:eastAsia="de-DE"/>
        </w:rPr>
        <w:t>Danke!</w:t>
      </w:r>
    </w:p>
    <w:p w14:paraId="5C5E02B7" w14:textId="77777777" w:rsidR="00D8248C" w:rsidRDefault="00D8248C" w:rsidP="00D91623">
      <w:pPr>
        <w:rPr>
          <w:rFonts w:ascii="Calibri Light" w:hAnsi="Calibri Light" w:cs="Calibri Light"/>
          <w:lang w:val="de-DE"/>
        </w:rPr>
      </w:pPr>
    </w:p>
    <w:p w14:paraId="1492277F" w14:textId="00767B1F" w:rsidR="00D91623" w:rsidRPr="00D91623" w:rsidRDefault="00D91623" w:rsidP="00D91623">
      <w:pPr>
        <w:rPr>
          <w:rFonts w:ascii="Calibri Light" w:hAnsi="Calibri Light" w:cs="Calibri Light"/>
          <w:lang w:val="de-DE"/>
        </w:rPr>
      </w:pPr>
      <w:r w:rsidRPr="00D91623">
        <w:rPr>
          <w:rFonts w:ascii="Calibri Light" w:hAnsi="Calibri Light" w:cs="Calibri Light"/>
          <w:lang w:val="de-DE"/>
        </w:rPr>
        <w:t>&gt;&gt;Personenbezogene Formulierungen gelten für alle Geschlechter (m/w/d) gleichermaßen&lt;&lt;</w:t>
      </w:r>
    </w:p>
    <w:p w14:paraId="7CA69E42" w14:textId="49511E5C" w:rsidR="00FA40F0" w:rsidRPr="00D91623" w:rsidRDefault="00D91623">
      <w:pPr>
        <w:rPr>
          <w:rFonts w:ascii="Calibri Light" w:hAnsi="Calibri Light" w:cs="Calibri Light"/>
          <w:lang w:val="de-DE"/>
        </w:rPr>
      </w:pPr>
      <w:r>
        <w:rPr>
          <w:rFonts w:ascii="Calibri Light" w:hAnsi="Calibri Light" w:cs="Calibri Light"/>
          <w:b/>
          <w:bCs/>
          <w:lang w:val="de-DE"/>
        </w:rPr>
        <w:br/>
      </w:r>
      <w:r w:rsidR="00D3603A" w:rsidRPr="00D91623">
        <w:rPr>
          <w:rFonts w:ascii="Calibri Light" w:hAnsi="Calibri Light" w:cs="Calibri Light"/>
          <w:b/>
          <w:bCs/>
          <w:lang w:val="de-DE"/>
        </w:rPr>
        <w:t>Liebe Mitarbeiterin, lieber Mitarbeiter</w:t>
      </w:r>
      <w:r w:rsidR="00D3603A" w:rsidRPr="00D91623">
        <w:rPr>
          <w:rFonts w:ascii="Calibri Light" w:hAnsi="Calibri Light" w:cs="Calibri Light"/>
          <w:lang w:val="de-DE"/>
        </w:rPr>
        <w:t>,</w:t>
      </w:r>
    </w:p>
    <w:p w14:paraId="1F123443"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damit externe Ansprechpartner und Kunden einen guten Eindruck von uns und unserer Arbeit bekommen können, möchten wir gerne unsere Mitarbeiterinnen und Mitarbeiter mit Namen und Foto auf unserer Internetseite vorstellen.</w:t>
      </w:r>
    </w:p>
    <w:p w14:paraId="186BA052"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Wir würden uns freuen, wenn Sie uns Ihre Einwilligung zur Veröffentlichung Ihres Namens und Ihres Fotos auf unserer Internetseite geben. Falls wir noch kein Foto von Ihnen haben, würden wir gerne ein Foto von Ihnen anfertigen und für diese Zwecke speichern und verwenden.</w:t>
      </w:r>
    </w:p>
    <w:p w14:paraId="73F2232E"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Außerdem überlegen wir, künftig Flyer oder andere Printbroschüren zu unserem Unternehmen zu erstellen. Auch in diesem Zusammenhang würden wir gerne Fotos von Mitarbeiterinnen und Mitarbeitern sowie deren Namen verwenden. Auch hierfür bitten wir – sofern gewünscht – um Ihre Einwilligung.</w:t>
      </w:r>
    </w:p>
    <w:p w14:paraId="2B3CA129" w14:textId="23892664" w:rsidR="00FA40F0" w:rsidRPr="00D91623" w:rsidRDefault="00D3603A">
      <w:pPr>
        <w:rPr>
          <w:rFonts w:ascii="Calibri Light" w:hAnsi="Calibri Light" w:cs="Calibri Light"/>
          <w:b/>
          <w:bCs/>
          <w:lang w:val="de-DE"/>
        </w:rPr>
      </w:pPr>
      <w:r w:rsidRPr="00D91623">
        <w:rPr>
          <w:rFonts w:ascii="Calibri Light" w:hAnsi="Calibri Light" w:cs="Calibri Light"/>
          <w:b/>
          <w:bCs/>
          <w:lang w:val="de-DE"/>
        </w:rPr>
        <w:t>Wichtige Hinweise zur Freiwilligkeit und zum Widerruf</w:t>
      </w:r>
      <w:r w:rsidR="00D91623">
        <w:rPr>
          <w:rFonts w:ascii="Calibri Light" w:hAnsi="Calibri Light" w:cs="Calibri Light"/>
          <w:b/>
          <w:bCs/>
          <w:lang w:val="de-DE"/>
        </w:rPr>
        <w:t>:</w:t>
      </w:r>
    </w:p>
    <w:p w14:paraId="31C34102" w14:textId="77777777" w:rsidR="00D91623" w:rsidRDefault="00D3603A" w:rsidP="00D91623">
      <w:pPr>
        <w:pStyle w:val="Aufzhlungszeichen"/>
        <w:numPr>
          <w:ilvl w:val="0"/>
          <w:numId w:val="1"/>
        </w:numPr>
        <w:rPr>
          <w:rFonts w:ascii="Calibri Light" w:hAnsi="Calibri Light" w:cs="Calibri Light"/>
          <w:lang w:val="de-DE"/>
        </w:rPr>
      </w:pPr>
      <w:r w:rsidRPr="00D91623">
        <w:rPr>
          <w:rFonts w:ascii="Calibri Light" w:hAnsi="Calibri Light" w:cs="Calibri Light"/>
          <w:lang w:val="de-DE"/>
        </w:rPr>
        <w:t>Sie entscheiden frei, ob Sie eine Einwilligung erteilen oder nicht.</w:t>
      </w:r>
    </w:p>
    <w:p w14:paraId="2F540184" w14:textId="77777777" w:rsidR="00D91623" w:rsidRDefault="00D3603A" w:rsidP="00D91623">
      <w:pPr>
        <w:pStyle w:val="Aufzhlungszeichen"/>
        <w:numPr>
          <w:ilvl w:val="0"/>
          <w:numId w:val="1"/>
        </w:numPr>
        <w:rPr>
          <w:rFonts w:ascii="Calibri Light" w:hAnsi="Calibri Light" w:cs="Calibri Light"/>
          <w:lang w:val="de-DE"/>
        </w:rPr>
      </w:pPr>
      <w:r w:rsidRPr="00D91623">
        <w:rPr>
          <w:rFonts w:ascii="Calibri Light" w:hAnsi="Calibri Light" w:cs="Calibri Light"/>
          <w:lang w:val="de-DE"/>
        </w:rPr>
        <w:t>Es hat keinerlei negative Konsequenzen für Ihr Arbeitsverhältnis, wenn Sie die Einwilligung nicht erteilen oder später widerrufen.</w:t>
      </w:r>
    </w:p>
    <w:p w14:paraId="6B18F916" w14:textId="77777777" w:rsidR="00D91623" w:rsidRDefault="00D3603A" w:rsidP="00D91623">
      <w:pPr>
        <w:pStyle w:val="Aufzhlungszeichen"/>
        <w:numPr>
          <w:ilvl w:val="0"/>
          <w:numId w:val="1"/>
        </w:numPr>
        <w:rPr>
          <w:rFonts w:ascii="Calibri Light" w:hAnsi="Calibri Light" w:cs="Calibri Light"/>
          <w:lang w:val="de-DE"/>
        </w:rPr>
      </w:pPr>
      <w:r w:rsidRPr="00D91623">
        <w:rPr>
          <w:rFonts w:ascii="Calibri Light" w:hAnsi="Calibri Light" w:cs="Calibri Light"/>
          <w:lang w:val="de-DE"/>
        </w:rPr>
        <w:t>Sie können eine erteilte Einwilligung jederzeit ganz oder teilweise mit Wirkung für die Zukunft widerrufen.</w:t>
      </w:r>
    </w:p>
    <w:p w14:paraId="0511F2C6" w14:textId="598F5767" w:rsidR="00FA40F0" w:rsidRPr="00D91623" w:rsidRDefault="00D3603A" w:rsidP="00D91623">
      <w:pPr>
        <w:pStyle w:val="Aufzhlungszeichen"/>
        <w:numPr>
          <w:ilvl w:val="0"/>
          <w:numId w:val="1"/>
        </w:numPr>
        <w:rPr>
          <w:rFonts w:ascii="Calibri Light" w:hAnsi="Calibri Light" w:cs="Calibri Light"/>
          <w:lang w:val="de-DE"/>
        </w:rPr>
      </w:pPr>
      <w:r w:rsidRPr="00D91623">
        <w:rPr>
          <w:rFonts w:ascii="Calibri Light" w:hAnsi="Calibri Light" w:cs="Calibri Light"/>
          <w:lang w:val="de-DE"/>
        </w:rPr>
        <w:t>Nach einem Widerruf entfernen wir Ihr Foto und Ihren Namen spätestens innerhalb von zwei Wochen von der Internetseite.</w:t>
      </w:r>
    </w:p>
    <w:p w14:paraId="1C9B4776" w14:textId="3818A5B2" w:rsidR="00FA40F0" w:rsidRPr="00D91623" w:rsidRDefault="00D3603A">
      <w:pPr>
        <w:rPr>
          <w:rFonts w:ascii="Calibri Light" w:hAnsi="Calibri Light" w:cs="Calibri Light"/>
          <w:lang w:val="de-DE"/>
        </w:rPr>
      </w:pPr>
      <w:r w:rsidRPr="00D91623">
        <w:rPr>
          <w:rFonts w:ascii="Calibri Light" w:hAnsi="Calibri Light" w:cs="Calibri Light"/>
          <w:lang w:val="de-DE"/>
        </w:rPr>
        <w:t>Haben Sie auch in die Verwendung in Printprodukten eingewilligt, werden bereits gedruckte Flyer/Broschüren grundsätzlich weiterverwendet. Bei einer Neuauflage werden wir berücksichtigen, dass Ihr Foto und Ihr Name nicht mehr verwendet werden.</w:t>
      </w:r>
    </w:p>
    <w:p w14:paraId="0C112FD2"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Bitte beachten Sie, dass unsere Internetseiten auch für Suchmaschinen zugänglich sind. Es ist daher möglich, dass Ihr Name und Ihr Foto über Suchmaschinen auffindbar sind.</w:t>
      </w:r>
    </w:p>
    <w:p w14:paraId="0A643660" w14:textId="24997C4D" w:rsidR="00FA40F0" w:rsidRPr="00D91623" w:rsidRDefault="00D3603A">
      <w:pPr>
        <w:rPr>
          <w:rFonts w:ascii="Calibri Light" w:hAnsi="Calibri Light" w:cs="Calibri Light"/>
          <w:b/>
          <w:bCs/>
          <w:lang w:val="de-DE"/>
        </w:rPr>
      </w:pPr>
      <w:r w:rsidRPr="00D91623">
        <w:rPr>
          <w:rFonts w:ascii="Calibri Light" w:hAnsi="Calibri Light" w:cs="Calibri Light"/>
          <w:b/>
          <w:bCs/>
          <w:lang w:val="de-DE"/>
        </w:rPr>
        <w:lastRenderedPageBreak/>
        <w:t>Hinweise zum Urheberrecht</w:t>
      </w:r>
      <w:r w:rsidR="00D91623">
        <w:rPr>
          <w:rFonts w:ascii="Calibri Light" w:hAnsi="Calibri Light" w:cs="Calibri Light"/>
          <w:b/>
          <w:bCs/>
          <w:lang w:val="de-DE"/>
        </w:rPr>
        <w:t>:</w:t>
      </w:r>
    </w:p>
    <w:p w14:paraId="4186C55C"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Sie erhalten für die Verwendung des Bildmaterials keine Vergütung. Mit Abgabe Ihrer Einwilligung räumen Sie uns die erforderlichen einfachen Nutzungsrechte für die geplante Verwendung im Internet und – sofern angekreuzt – im Printbereich ein, soweit wir nicht selbst bereits die Verwertungsrechte für das Foto besitzen.</w:t>
      </w:r>
    </w:p>
    <w:p w14:paraId="6A4E3502"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 xml:space="preserve">Wenn Sie uns ein Foto zur Verfügung stellen, </w:t>
      </w:r>
      <w:proofErr w:type="gramStart"/>
      <w:r w:rsidRPr="00D91623">
        <w:rPr>
          <w:rFonts w:ascii="Calibri Light" w:hAnsi="Calibri Light" w:cs="Calibri Light"/>
          <w:lang w:val="de-DE"/>
        </w:rPr>
        <w:t>das</w:t>
      </w:r>
      <w:proofErr w:type="gramEnd"/>
      <w:r w:rsidRPr="00D91623">
        <w:rPr>
          <w:rFonts w:ascii="Calibri Light" w:hAnsi="Calibri Light" w:cs="Calibri Light"/>
          <w:lang w:val="de-DE"/>
        </w:rPr>
        <w:t xml:space="preserve"> Sie nicht selbst erstellt haben, sichern Sie uns zu, dass Sie berechtigt sind, uns die erforderlichen Nutzungsrechte für die geplante Verwendung einzuräumen und dass Rechte Dritter (z. B. des Fotografen) nicht verletzt werden.</w:t>
      </w:r>
    </w:p>
    <w:p w14:paraId="55547EB8" w14:textId="2F425942" w:rsidR="00FA40F0" w:rsidRPr="00D91623" w:rsidRDefault="00D3603A">
      <w:pPr>
        <w:rPr>
          <w:rFonts w:ascii="Calibri Light" w:hAnsi="Calibri Light" w:cs="Calibri Light"/>
          <w:b/>
          <w:bCs/>
          <w:lang w:val="de-DE"/>
        </w:rPr>
      </w:pPr>
      <w:r w:rsidRPr="00D91623">
        <w:rPr>
          <w:rFonts w:ascii="Calibri Light" w:hAnsi="Calibri Light" w:cs="Calibri Light"/>
          <w:b/>
          <w:bCs/>
          <w:lang w:val="de-DE"/>
        </w:rPr>
        <w:t>Hinweise zum Datenschutz</w:t>
      </w:r>
      <w:r w:rsidR="00D91623">
        <w:rPr>
          <w:rFonts w:ascii="Calibri Light" w:hAnsi="Calibri Light" w:cs="Calibri Light"/>
          <w:b/>
          <w:bCs/>
          <w:lang w:val="de-DE"/>
        </w:rPr>
        <w:t>:</w:t>
      </w:r>
    </w:p>
    <w:p w14:paraId="258E2F63"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Zweck der Verarbeitung ist die Außendarstellung und Öffentlichkeitsarbeit unseres Unternehmens (z. B. Vorstellung des Teams auf der Website, Darstellung in Broschüren/Flyern).</w:t>
      </w:r>
    </w:p>
    <w:p w14:paraId="5ABCBAEF" w14:textId="77777777" w:rsidR="00FA40F0" w:rsidRPr="00D8248C" w:rsidRDefault="00D3603A">
      <w:pPr>
        <w:rPr>
          <w:rFonts w:ascii="Calibri Light" w:hAnsi="Calibri Light" w:cs="Calibri Light"/>
          <w:b/>
          <w:bCs/>
          <w:lang w:val="de-DE"/>
        </w:rPr>
      </w:pPr>
      <w:r w:rsidRPr="00D8248C">
        <w:rPr>
          <w:rFonts w:ascii="Calibri Light" w:hAnsi="Calibri Light" w:cs="Calibri Light"/>
          <w:b/>
          <w:bCs/>
          <w:lang w:val="de-DE"/>
        </w:rPr>
        <w:t>Rechtsgrundlagen:</w:t>
      </w:r>
    </w:p>
    <w:p w14:paraId="155C5817" w14:textId="77777777" w:rsidR="00FA40F0" w:rsidRPr="00D91623" w:rsidRDefault="00D3603A">
      <w:pPr>
        <w:pStyle w:val="Aufzhlungszeichen"/>
        <w:rPr>
          <w:rFonts w:ascii="Calibri Light" w:hAnsi="Calibri Light" w:cs="Calibri Light"/>
          <w:lang w:val="de-DE"/>
        </w:rPr>
      </w:pPr>
      <w:r w:rsidRPr="00D91623">
        <w:rPr>
          <w:rFonts w:ascii="Calibri Light" w:hAnsi="Calibri Light" w:cs="Calibri Light"/>
          <w:lang w:val="de-DE"/>
        </w:rPr>
        <w:t xml:space="preserve">Veröffentlichung auf der Website: Ihre Einwilligung (Art. 6 Abs. 1 </w:t>
      </w:r>
      <w:proofErr w:type="spellStart"/>
      <w:r w:rsidRPr="00D91623">
        <w:rPr>
          <w:rFonts w:ascii="Calibri Light" w:hAnsi="Calibri Light" w:cs="Calibri Light"/>
          <w:lang w:val="de-DE"/>
        </w:rPr>
        <w:t>lit</w:t>
      </w:r>
      <w:proofErr w:type="spellEnd"/>
      <w:r w:rsidRPr="00D91623">
        <w:rPr>
          <w:rFonts w:ascii="Calibri Light" w:hAnsi="Calibri Light" w:cs="Calibri Light"/>
          <w:lang w:val="de-DE"/>
        </w:rPr>
        <w:t>. a DSGVO)</w:t>
      </w:r>
    </w:p>
    <w:p w14:paraId="12AC2819" w14:textId="77777777" w:rsidR="00FA40F0" w:rsidRPr="00D91623" w:rsidRDefault="00D3603A">
      <w:pPr>
        <w:pStyle w:val="Aufzhlungszeichen"/>
        <w:rPr>
          <w:rFonts w:ascii="Calibri Light" w:hAnsi="Calibri Light" w:cs="Calibri Light"/>
          <w:lang w:val="de-DE"/>
        </w:rPr>
      </w:pPr>
      <w:r w:rsidRPr="00D91623">
        <w:rPr>
          <w:rFonts w:ascii="Calibri Light" w:hAnsi="Calibri Light" w:cs="Calibri Light"/>
          <w:lang w:val="de-DE"/>
        </w:rPr>
        <w:t xml:space="preserve">Verwendung in Printprodukten: Ihre Einwilligung (Art. 6 Abs. 1 </w:t>
      </w:r>
      <w:proofErr w:type="spellStart"/>
      <w:r w:rsidRPr="00D91623">
        <w:rPr>
          <w:rFonts w:ascii="Calibri Light" w:hAnsi="Calibri Light" w:cs="Calibri Light"/>
          <w:lang w:val="de-DE"/>
        </w:rPr>
        <w:t>lit</w:t>
      </w:r>
      <w:proofErr w:type="spellEnd"/>
      <w:r w:rsidRPr="00D91623">
        <w:rPr>
          <w:rFonts w:ascii="Calibri Light" w:hAnsi="Calibri Light" w:cs="Calibri Light"/>
          <w:lang w:val="de-DE"/>
        </w:rPr>
        <w:t xml:space="preserve">. a DSGVO); im Falle eines Widerrufs kann für bereits gedruckte Exemplare eine weitere Verwendung auf Basis einer Interessenabwägung (Art. 6 Abs. 1 </w:t>
      </w:r>
      <w:proofErr w:type="spellStart"/>
      <w:r w:rsidRPr="00D91623">
        <w:rPr>
          <w:rFonts w:ascii="Calibri Light" w:hAnsi="Calibri Light" w:cs="Calibri Light"/>
          <w:lang w:val="de-DE"/>
        </w:rPr>
        <w:t>lit</w:t>
      </w:r>
      <w:proofErr w:type="spellEnd"/>
      <w:r w:rsidRPr="00D91623">
        <w:rPr>
          <w:rFonts w:ascii="Calibri Light" w:hAnsi="Calibri Light" w:cs="Calibri Light"/>
          <w:lang w:val="de-DE"/>
        </w:rPr>
        <w:t>. f DSGVO) erfolgen.</w:t>
      </w:r>
    </w:p>
    <w:p w14:paraId="718B1455" w14:textId="77777777" w:rsidR="00FA40F0" w:rsidRPr="00D91623" w:rsidRDefault="00D3603A">
      <w:pPr>
        <w:rPr>
          <w:rFonts w:ascii="Calibri Light" w:hAnsi="Calibri Light" w:cs="Calibri Light"/>
          <w:b/>
          <w:bCs/>
          <w:lang w:val="de-DE"/>
        </w:rPr>
      </w:pPr>
      <w:r w:rsidRPr="00D91623">
        <w:rPr>
          <w:rFonts w:ascii="Calibri Light" w:hAnsi="Calibri Light" w:cs="Calibri Light"/>
          <w:b/>
          <w:bCs/>
          <w:lang w:val="de-DE"/>
        </w:rPr>
        <w:t>Empfänger / Weitergabe:</w:t>
      </w:r>
    </w:p>
    <w:p w14:paraId="7F97E521"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Bilddaten und Angaben zu Ihrer Person (insbesondere Name) können im Rahmen der Erstellung, Pflege und Veröffentlichung an Dienstleister (z. B. Agenturen, Druckereien, IT-/Hosting-Dienstleister) übermittelt werden.</w:t>
      </w:r>
    </w:p>
    <w:p w14:paraId="013E24B1"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Eine gezielte Übermittlung Ihrer personenbezogenen Daten in ein Drittland ist nicht geplant. Allerdings ist bei der Veröffentlichung im Internet nicht auszuschließen, dass Aufrufe aus Ländern erfolgen, die kein mit der EU vergleichbares Datenschutzniveau haben.</w:t>
      </w:r>
    </w:p>
    <w:p w14:paraId="48125DF6" w14:textId="77777777" w:rsidR="00FA40F0" w:rsidRPr="00D91623" w:rsidRDefault="00D3603A">
      <w:pPr>
        <w:rPr>
          <w:rFonts w:ascii="Calibri Light" w:hAnsi="Calibri Light" w:cs="Calibri Light"/>
          <w:b/>
          <w:bCs/>
          <w:lang w:val="de-DE"/>
        </w:rPr>
      </w:pPr>
      <w:r w:rsidRPr="00D91623">
        <w:rPr>
          <w:rFonts w:ascii="Calibri Light" w:hAnsi="Calibri Light" w:cs="Calibri Light"/>
          <w:b/>
          <w:bCs/>
          <w:lang w:val="de-DE"/>
        </w:rPr>
        <w:t>Speicherdauer:</w:t>
      </w:r>
    </w:p>
    <w:p w14:paraId="03AB8109"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Wir speichern und verarbeiten Ihre Fotodaten und Informationen grundsätzlich bis zu einem Widerruf Ihrer Einwilligung bzw. einem Widerspruch gegen die weitere Verwendung in Printdokumenten. Im Falle eines Widerrufs werden Ihre Daten aus unseren Systemen für diese Zwecke gelöscht bzw. gesperrt; bereits gedruckte Printprodukte werden wie oben beschrieben weiter genutzt.</w:t>
      </w:r>
    </w:p>
    <w:p w14:paraId="6581ECF7" w14:textId="77777777" w:rsidR="00FA40F0" w:rsidRPr="00D91623" w:rsidRDefault="00D3603A">
      <w:pPr>
        <w:rPr>
          <w:rFonts w:ascii="Calibri Light" w:hAnsi="Calibri Light" w:cs="Calibri Light"/>
          <w:b/>
          <w:bCs/>
          <w:lang w:val="de-DE"/>
        </w:rPr>
      </w:pPr>
      <w:r w:rsidRPr="00D91623">
        <w:rPr>
          <w:rFonts w:ascii="Calibri Light" w:hAnsi="Calibri Light" w:cs="Calibri Light"/>
          <w:b/>
          <w:bCs/>
          <w:lang w:val="de-DE"/>
        </w:rPr>
        <w:t>Ihre Rechte:</w:t>
      </w:r>
    </w:p>
    <w:p w14:paraId="446CB07F"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Sie haben das Recht auf Auskunft über die zu Ihrer Person verarbeiteten Daten. Außerdem haben Sie – im Rahmen der gesetzlichen Vorgaben – das Recht auf Berichtigung, Löschung, Einschränkung der Verarbeitung, Widerspruch gegen bestimmte Verarbeitungen sowie Datenübertragbarkeit.</w:t>
      </w:r>
    </w:p>
    <w:p w14:paraId="18BBE024" w14:textId="77777777" w:rsidR="00FA40F0" w:rsidRPr="00D91623" w:rsidRDefault="00D3603A">
      <w:pPr>
        <w:rPr>
          <w:rFonts w:ascii="Calibri Light" w:hAnsi="Calibri Light" w:cs="Calibri Light"/>
          <w:lang w:val="de-DE"/>
        </w:rPr>
      </w:pPr>
      <w:r w:rsidRPr="00D91623">
        <w:rPr>
          <w:rFonts w:ascii="Calibri Light" w:hAnsi="Calibri Light" w:cs="Calibri Light"/>
          <w:lang w:val="de-DE"/>
        </w:rPr>
        <w:t>Eine erteilte Einwilligung können Sie jederzeit mit Wirkung für die Zukunft widerrufen. Hierdurch wird die Rechtmäßigkeit der aufgrund der Einwilligung bis zum Widerruf erfolgten Verarbeitung nicht berührt.</w:t>
      </w:r>
    </w:p>
    <w:p w14:paraId="7A927D0C" w14:textId="77777777" w:rsidR="00FA40F0" w:rsidRPr="00D91623" w:rsidRDefault="00D3603A">
      <w:pPr>
        <w:rPr>
          <w:rFonts w:ascii="Calibri Light" w:hAnsi="Calibri Light" w:cs="Calibri Light"/>
          <w:b/>
          <w:bCs/>
          <w:lang w:val="de-DE"/>
        </w:rPr>
      </w:pPr>
      <w:r w:rsidRPr="00D91623">
        <w:rPr>
          <w:rFonts w:ascii="Calibri Light" w:hAnsi="Calibri Light" w:cs="Calibri Light"/>
          <w:b/>
          <w:bCs/>
          <w:lang w:val="de-DE"/>
        </w:rPr>
        <w:lastRenderedPageBreak/>
        <w:t>Datenschutzbeauftragter und Beschwerderecht</w:t>
      </w:r>
    </w:p>
    <w:p w14:paraId="60D4297F" w14:textId="4CB34E99" w:rsidR="00FA40F0" w:rsidRPr="00D91623" w:rsidRDefault="00D91623">
      <w:pPr>
        <w:rPr>
          <w:rFonts w:ascii="Calibri Light" w:hAnsi="Calibri Light" w:cs="Calibri Light"/>
          <w:lang w:val="de-DE"/>
        </w:rPr>
      </w:pPr>
      <w:r>
        <w:rPr>
          <w:rFonts w:ascii="Calibri Light" w:hAnsi="Calibri Light" w:cs="Calibri Light"/>
          <w:lang w:val="de-DE"/>
        </w:rPr>
        <w:t>B</w:t>
      </w:r>
      <w:r w:rsidR="00D3603A" w:rsidRPr="00D91623">
        <w:rPr>
          <w:rFonts w:ascii="Calibri Light" w:hAnsi="Calibri Light" w:cs="Calibri Light"/>
          <w:lang w:val="de-DE"/>
        </w:rPr>
        <w:t xml:space="preserve">ei Fragen zum Datenschutz oder zur Ausübung Ihrer Rechte </w:t>
      </w:r>
      <w:r>
        <w:rPr>
          <w:rFonts w:ascii="Calibri Light" w:hAnsi="Calibri Light" w:cs="Calibri Light"/>
          <w:lang w:val="de-DE"/>
        </w:rPr>
        <w:t xml:space="preserve">wenden Sie sich bitte </w:t>
      </w:r>
      <w:r w:rsidR="00D3603A" w:rsidRPr="00D91623">
        <w:rPr>
          <w:rFonts w:ascii="Calibri Light" w:hAnsi="Calibri Light" w:cs="Calibri Light"/>
          <w:lang w:val="de-DE"/>
        </w:rPr>
        <w:t>an unseren Datenschutzbeauftragten</w:t>
      </w:r>
      <w:r>
        <w:rPr>
          <w:rFonts w:ascii="Calibri Light" w:hAnsi="Calibri Light" w:cs="Calibri Light"/>
          <w:lang w:val="de-DE"/>
        </w:rPr>
        <w:t>:</w:t>
      </w:r>
    </w:p>
    <w:p w14:paraId="1523A5F5" w14:textId="0A74CD26" w:rsidR="00D91623" w:rsidRDefault="00D91623">
      <w:pPr>
        <w:rPr>
          <w:rFonts w:ascii="Calibri Light" w:hAnsi="Calibri Light" w:cs="Calibri Light"/>
          <w:lang w:val="de-DE"/>
        </w:rPr>
      </w:pPr>
      <w:proofErr w:type="spellStart"/>
      <w:r>
        <w:rPr>
          <w:rFonts w:ascii="Calibri Light" w:hAnsi="Calibri Light" w:cs="Calibri Light"/>
          <w:lang w:val="de-DE"/>
        </w:rPr>
        <w:t>eDSB</w:t>
      </w:r>
      <w:proofErr w:type="spellEnd"/>
      <w:r>
        <w:rPr>
          <w:rFonts w:ascii="Calibri Light" w:hAnsi="Calibri Light" w:cs="Calibri Light"/>
          <w:lang w:val="de-DE"/>
        </w:rPr>
        <w:t xml:space="preserve"> – externe Datenschutzbeauftragte Deutschland</w:t>
      </w:r>
      <w:r>
        <w:rPr>
          <w:rFonts w:ascii="Calibri Light" w:hAnsi="Calibri Light" w:cs="Calibri Light"/>
          <w:lang w:val="de-DE"/>
        </w:rPr>
        <w:br/>
        <w:t>Herr Henning Wehming</w:t>
      </w:r>
      <w:r>
        <w:rPr>
          <w:rFonts w:ascii="Calibri Light" w:hAnsi="Calibri Light" w:cs="Calibri Light"/>
          <w:lang w:val="de-DE"/>
        </w:rPr>
        <w:br/>
        <w:t>Kurfürstendamm 30</w:t>
      </w:r>
      <w:r>
        <w:rPr>
          <w:rFonts w:ascii="Calibri Light" w:hAnsi="Calibri Light" w:cs="Calibri Light"/>
          <w:lang w:val="de-DE"/>
        </w:rPr>
        <w:br/>
        <w:t>D – 10719 Berlin</w:t>
      </w:r>
      <w:r>
        <w:rPr>
          <w:rFonts w:ascii="Calibri Light" w:hAnsi="Calibri Light" w:cs="Calibri Light"/>
          <w:lang w:val="de-DE"/>
        </w:rPr>
        <w:br/>
        <w:t>E-Mail:</w:t>
      </w:r>
      <w:r>
        <w:rPr>
          <w:rFonts w:ascii="Calibri Light" w:hAnsi="Calibri Light" w:cs="Calibri Light"/>
          <w:lang w:val="de-DE"/>
        </w:rPr>
        <w:tab/>
      </w:r>
      <w:proofErr w:type="spellStart"/>
      <w:r>
        <w:rPr>
          <w:rFonts w:ascii="Calibri Light" w:hAnsi="Calibri Light" w:cs="Calibri Light"/>
          <w:lang w:val="de-DE"/>
        </w:rPr>
        <w:t>info</w:t>
      </w:r>
      <w:proofErr w:type="spellEnd"/>
      <w:r>
        <w:rPr>
          <w:rFonts w:ascii="Calibri Light" w:hAnsi="Calibri Light" w:cs="Calibri Light"/>
          <w:lang w:val="de-DE"/>
        </w:rPr>
        <w:t>[at]edsb-deutschland.de</w:t>
      </w:r>
      <w:r>
        <w:rPr>
          <w:rFonts w:ascii="Calibri Light" w:hAnsi="Calibri Light" w:cs="Calibri Light"/>
          <w:lang w:val="de-DE"/>
        </w:rPr>
        <w:br/>
        <w:t>Fon:</w:t>
      </w:r>
      <w:r>
        <w:rPr>
          <w:rFonts w:ascii="Calibri Light" w:hAnsi="Calibri Light" w:cs="Calibri Light"/>
          <w:lang w:val="de-DE"/>
        </w:rPr>
        <w:tab/>
        <w:t>+49 30 51 63 50 30</w:t>
      </w:r>
      <w:r>
        <w:rPr>
          <w:rFonts w:ascii="Calibri Light" w:hAnsi="Calibri Light" w:cs="Calibri Light"/>
          <w:lang w:val="de-DE"/>
        </w:rPr>
        <w:br/>
        <w:t>Mobil:</w:t>
      </w:r>
      <w:r>
        <w:rPr>
          <w:rFonts w:ascii="Calibri Light" w:hAnsi="Calibri Light" w:cs="Calibri Light"/>
          <w:lang w:val="de-DE"/>
        </w:rPr>
        <w:tab/>
        <w:t>+176 62 99 10 16</w:t>
      </w:r>
    </w:p>
    <w:p w14:paraId="245EFD4B" w14:textId="526F8264" w:rsidR="00D91623" w:rsidRDefault="00D3603A">
      <w:pPr>
        <w:rPr>
          <w:rFonts w:ascii="Calibri Light" w:hAnsi="Calibri Light" w:cs="Calibri Light"/>
          <w:lang w:val="de-DE"/>
        </w:rPr>
      </w:pPr>
      <w:r w:rsidRPr="00D91623">
        <w:rPr>
          <w:rFonts w:ascii="Calibri Light" w:hAnsi="Calibri Light" w:cs="Calibri Light"/>
          <w:lang w:val="de-DE"/>
        </w:rPr>
        <w:t>Darüber hinaus haben Sie das Recht, sich bei einer Aufsichtsbehörde für den Datenschutz zu beschweren.</w:t>
      </w:r>
    </w:p>
    <w:p w14:paraId="72E99F1A" w14:textId="77777777" w:rsidR="00D91623" w:rsidRDefault="00D91623">
      <w:pPr>
        <w:rPr>
          <w:rFonts w:ascii="Calibri Light" w:hAnsi="Calibri Light" w:cs="Calibri Light"/>
          <w:lang w:val="de-DE"/>
        </w:rPr>
      </w:pPr>
    </w:p>
    <w:p w14:paraId="33692A8D" w14:textId="6B27DA2B" w:rsidR="00FA40F0" w:rsidRPr="00D91623" w:rsidRDefault="00D3603A">
      <w:pPr>
        <w:rPr>
          <w:rFonts w:ascii="Calibri Light" w:hAnsi="Calibri Light" w:cs="Calibri Light"/>
          <w:b/>
          <w:bCs/>
          <w:lang w:val="de-DE"/>
        </w:rPr>
      </w:pPr>
      <w:r w:rsidRPr="00D91623">
        <w:rPr>
          <w:rFonts w:ascii="Calibri Light" w:hAnsi="Calibri Light" w:cs="Calibri Light"/>
          <w:b/>
          <w:bCs/>
          <w:lang w:val="de-DE"/>
        </w:rPr>
        <w:t>Einwilligungserklärung</w:t>
      </w:r>
    </w:p>
    <w:p w14:paraId="64922755" w14:textId="64B4E730" w:rsidR="00FA40F0" w:rsidRDefault="00D3603A">
      <w:pPr>
        <w:rPr>
          <w:rFonts w:ascii="Calibri Light" w:hAnsi="Calibri Light" w:cs="Calibri Light"/>
          <w:lang w:val="de-DE"/>
        </w:rPr>
      </w:pPr>
      <w:r w:rsidRPr="00D91623">
        <w:rPr>
          <w:rFonts w:ascii="Calibri Light" w:hAnsi="Calibri Light" w:cs="Calibri Light"/>
          <w:lang w:val="de-DE"/>
        </w:rPr>
        <w:t>Vorname: ________________</w:t>
      </w:r>
      <w:r w:rsidR="00D91623">
        <w:rPr>
          <w:rFonts w:ascii="Calibri Light" w:hAnsi="Calibri Light" w:cs="Calibri Light"/>
          <w:lang w:val="de-DE"/>
        </w:rPr>
        <w:t>__________________________________________</w:t>
      </w:r>
      <w:r w:rsidRPr="00D91623">
        <w:rPr>
          <w:rFonts w:ascii="Calibri Light" w:hAnsi="Calibri Light" w:cs="Calibri Light"/>
          <w:lang w:val="de-DE"/>
        </w:rPr>
        <w:t>____________</w:t>
      </w:r>
    </w:p>
    <w:p w14:paraId="6955BCC2" w14:textId="77777777" w:rsidR="00D91623" w:rsidRPr="00D91623" w:rsidRDefault="00D91623">
      <w:pPr>
        <w:rPr>
          <w:rFonts w:ascii="Calibri Light" w:hAnsi="Calibri Light" w:cs="Calibri Light"/>
          <w:lang w:val="de-DE"/>
        </w:rPr>
      </w:pPr>
    </w:p>
    <w:p w14:paraId="55FBC5FD" w14:textId="3B22282B" w:rsidR="00FA40F0" w:rsidRPr="00D91623" w:rsidRDefault="00D3603A">
      <w:pPr>
        <w:rPr>
          <w:rFonts w:ascii="Calibri Light" w:hAnsi="Calibri Light" w:cs="Calibri Light"/>
          <w:lang w:val="de-DE"/>
        </w:rPr>
      </w:pPr>
      <w:r w:rsidRPr="00D91623">
        <w:rPr>
          <w:rFonts w:ascii="Calibri Light" w:hAnsi="Calibri Light" w:cs="Calibri Light"/>
          <w:lang w:val="de-DE"/>
        </w:rPr>
        <w:t>Nachname: ________________________</w:t>
      </w:r>
      <w:r w:rsidR="00D91623">
        <w:rPr>
          <w:rFonts w:ascii="Calibri Light" w:hAnsi="Calibri Light" w:cs="Calibri Light"/>
          <w:lang w:val="de-DE"/>
        </w:rPr>
        <w:t>___________________________________________</w:t>
      </w:r>
      <w:r w:rsidRPr="00D91623">
        <w:rPr>
          <w:rFonts w:ascii="Calibri Light" w:hAnsi="Calibri Light" w:cs="Calibri Light"/>
          <w:lang w:val="de-DE"/>
        </w:rPr>
        <w:t>__</w:t>
      </w:r>
    </w:p>
    <w:p w14:paraId="36E75A25" w14:textId="4CC9F9F6" w:rsidR="00FA40F0" w:rsidRPr="00D91623" w:rsidRDefault="00D91623">
      <w:pPr>
        <w:rPr>
          <w:rFonts w:ascii="Calibri Light" w:hAnsi="Calibri Light" w:cs="Calibri Light"/>
          <w:b/>
          <w:bCs/>
          <w:lang w:val="de-DE"/>
        </w:rPr>
      </w:pPr>
      <w:r>
        <w:rPr>
          <w:rFonts w:ascii="Calibri Light" w:hAnsi="Calibri Light" w:cs="Calibri Light"/>
          <w:lang w:val="de-DE"/>
        </w:rPr>
        <w:br/>
      </w:r>
      <w:r>
        <w:rPr>
          <w:rFonts w:ascii="Calibri Light" w:hAnsi="Calibri Light" w:cs="Calibri Light"/>
          <w:lang w:val="de-DE"/>
        </w:rPr>
        <w:br/>
      </w:r>
      <w:r w:rsidR="00D3603A" w:rsidRPr="00D91623">
        <w:rPr>
          <w:rFonts w:ascii="Calibri Light" w:hAnsi="Calibri Light" w:cs="Calibri Light"/>
          <w:b/>
          <w:bCs/>
          <w:lang w:val="de-DE"/>
        </w:rPr>
        <w:t>(1) Einwilligung für Internetseite</w:t>
      </w:r>
    </w:p>
    <w:p w14:paraId="647A121C" w14:textId="77777777" w:rsidR="00FA40F0" w:rsidRPr="00D91623" w:rsidRDefault="00D3603A">
      <w:pPr>
        <w:rPr>
          <w:rFonts w:ascii="Calibri Light" w:hAnsi="Calibri Light" w:cs="Calibri Light"/>
          <w:lang w:val="de-DE"/>
        </w:rPr>
      </w:pPr>
      <w:proofErr w:type="gramStart"/>
      <w:r w:rsidRPr="00D91623">
        <w:rPr>
          <w:rFonts w:ascii="Calibri Light" w:hAnsi="Calibri Light" w:cs="Calibri Light"/>
          <w:b/>
          <w:bCs/>
          <w:sz w:val="26"/>
          <w:szCs w:val="26"/>
          <w:lang w:val="de-DE"/>
        </w:rPr>
        <w:t>[ ]</w:t>
      </w:r>
      <w:proofErr w:type="gramEnd"/>
      <w:r w:rsidRPr="00D91623">
        <w:rPr>
          <w:rFonts w:ascii="Calibri Light" w:hAnsi="Calibri Light" w:cs="Calibri Light"/>
          <w:lang w:val="de-DE"/>
        </w:rPr>
        <w:t xml:space="preserve"> Ja, ich bin damit einverstanden, dass mein Foto und mein Name auf der Internetseite des Unternehmens unter den oben beschriebenen Bedingungen veröffentlicht werden.</w:t>
      </w:r>
    </w:p>
    <w:p w14:paraId="3A159FC1" w14:textId="7B87210A" w:rsidR="00FA40F0" w:rsidRPr="00D91623" w:rsidRDefault="00D91623">
      <w:pPr>
        <w:rPr>
          <w:rFonts w:ascii="Calibri Light" w:hAnsi="Calibri Light" w:cs="Calibri Light"/>
          <w:b/>
          <w:bCs/>
          <w:lang w:val="de-DE"/>
        </w:rPr>
      </w:pPr>
      <w:r>
        <w:rPr>
          <w:rFonts w:ascii="Calibri Light" w:hAnsi="Calibri Light" w:cs="Calibri Light"/>
          <w:lang w:val="de-DE"/>
        </w:rPr>
        <w:br/>
      </w:r>
      <w:r w:rsidR="00D3603A" w:rsidRPr="00D91623">
        <w:rPr>
          <w:rFonts w:ascii="Calibri Light" w:hAnsi="Calibri Light" w:cs="Calibri Light"/>
          <w:b/>
          <w:bCs/>
          <w:lang w:val="de-DE"/>
        </w:rPr>
        <w:t>(2) Einwilligung für Printprodukte (Broschüren/Flyer)</w:t>
      </w:r>
    </w:p>
    <w:p w14:paraId="6A9E71F2" w14:textId="77777777" w:rsidR="00FA40F0" w:rsidRPr="00D91623" w:rsidRDefault="00D3603A">
      <w:pPr>
        <w:rPr>
          <w:rFonts w:ascii="Calibri Light" w:hAnsi="Calibri Light" w:cs="Calibri Light"/>
          <w:lang w:val="de-DE"/>
        </w:rPr>
      </w:pPr>
      <w:proofErr w:type="gramStart"/>
      <w:r w:rsidRPr="00D91623">
        <w:rPr>
          <w:rFonts w:ascii="Calibri Light" w:hAnsi="Calibri Light" w:cs="Calibri Light"/>
          <w:b/>
          <w:bCs/>
          <w:sz w:val="26"/>
          <w:szCs w:val="26"/>
          <w:lang w:val="de-DE"/>
        </w:rPr>
        <w:t>[ ]</w:t>
      </w:r>
      <w:proofErr w:type="gramEnd"/>
      <w:r w:rsidRPr="00D91623">
        <w:rPr>
          <w:rFonts w:ascii="Calibri Light" w:hAnsi="Calibri Light" w:cs="Calibri Light"/>
          <w:lang w:val="de-DE"/>
        </w:rPr>
        <w:t xml:space="preserve"> Ja, ich bin damit einverstanden, dass mein Foto und mein Name in Printprodukten des Unternehmens (Broschüren/Flyer) unter den oben beschriebenen Bedingungen verwendet werden.</w:t>
      </w:r>
    </w:p>
    <w:p w14:paraId="5B865204" w14:textId="25FB7DB8" w:rsidR="00FA40F0" w:rsidRDefault="00D91623">
      <w:pPr>
        <w:rPr>
          <w:rFonts w:ascii="Calibri Light" w:hAnsi="Calibri Light" w:cs="Calibri Light"/>
          <w:lang w:val="de-DE"/>
        </w:rPr>
      </w:pPr>
      <w:r>
        <w:rPr>
          <w:rFonts w:ascii="Calibri Light" w:hAnsi="Calibri Light" w:cs="Calibri Light"/>
          <w:lang w:val="de-DE"/>
        </w:rPr>
        <w:br/>
      </w:r>
      <w:r w:rsidR="00D3603A" w:rsidRPr="00D91623">
        <w:rPr>
          <w:rFonts w:ascii="Calibri Light" w:hAnsi="Calibri Light" w:cs="Calibri Light"/>
          <w:lang w:val="de-DE"/>
        </w:rPr>
        <w:t>Ort, Datum: _________________</w:t>
      </w:r>
      <w:r>
        <w:rPr>
          <w:rFonts w:ascii="Calibri Light" w:hAnsi="Calibri Light" w:cs="Calibri Light"/>
          <w:lang w:val="de-DE"/>
        </w:rPr>
        <w:t>___________________________________________</w:t>
      </w:r>
      <w:r w:rsidR="00D3603A" w:rsidRPr="00D91623">
        <w:rPr>
          <w:rFonts w:ascii="Calibri Light" w:hAnsi="Calibri Light" w:cs="Calibri Light"/>
          <w:lang w:val="de-DE"/>
        </w:rPr>
        <w:t>________</w:t>
      </w:r>
    </w:p>
    <w:p w14:paraId="38DBD4E9" w14:textId="77777777" w:rsidR="00D91623" w:rsidRPr="00D91623" w:rsidRDefault="00D91623">
      <w:pPr>
        <w:rPr>
          <w:rFonts w:ascii="Calibri Light" w:hAnsi="Calibri Light" w:cs="Calibri Light"/>
          <w:lang w:val="de-DE"/>
        </w:rPr>
      </w:pPr>
    </w:p>
    <w:p w14:paraId="4B053C05" w14:textId="55CBCFBA" w:rsidR="00FA40F0" w:rsidRPr="00D91623" w:rsidRDefault="00D91623">
      <w:pPr>
        <w:rPr>
          <w:rFonts w:ascii="Calibri Light" w:hAnsi="Calibri Light" w:cs="Calibri Light"/>
          <w:lang w:val="de-DE"/>
        </w:rPr>
      </w:pPr>
      <w:r>
        <w:rPr>
          <w:rFonts w:ascii="Calibri Light" w:hAnsi="Calibri Light" w:cs="Calibri Light"/>
          <w:lang w:val="de-DE"/>
        </w:rPr>
        <w:br/>
      </w:r>
      <w:r w:rsidR="00D3603A" w:rsidRPr="00D91623">
        <w:rPr>
          <w:rFonts w:ascii="Calibri Light" w:hAnsi="Calibri Light" w:cs="Calibri Light"/>
          <w:lang w:val="de-DE"/>
        </w:rPr>
        <w:t xml:space="preserve">Unterschrift </w:t>
      </w:r>
      <w:r>
        <w:rPr>
          <w:rFonts w:ascii="Calibri Light" w:hAnsi="Calibri Light" w:cs="Calibri Light"/>
          <w:lang w:val="de-DE"/>
        </w:rPr>
        <w:br/>
        <w:t xml:space="preserve">Mitarbeiterin / Mitarbeiter: </w:t>
      </w:r>
      <w:r w:rsidR="00D3603A" w:rsidRPr="00D91623">
        <w:rPr>
          <w:rFonts w:ascii="Calibri Light" w:hAnsi="Calibri Light" w:cs="Calibri Light"/>
          <w:lang w:val="de-DE"/>
        </w:rPr>
        <w:t>_______</w:t>
      </w:r>
      <w:r>
        <w:rPr>
          <w:rFonts w:ascii="Calibri Light" w:hAnsi="Calibri Light" w:cs="Calibri Light"/>
          <w:lang w:val="de-DE"/>
        </w:rPr>
        <w:t>________________</w:t>
      </w:r>
      <w:r w:rsidR="00D3603A" w:rsidRPr="00D91623">
        <w:rPr>
          <w:rFonts w:ascii="Calibri Light" w:hAnsi="Calibri Light" w:cs="Calibri Light"/>
          <w:lang w:val="de-DE"/>
        </w:rPr>
        <w:t>___</w:t>
      </w:r>
      <w:r>
        <w:rPr>
          <w:rFonts w:ascii="Calibri Light" w:hAnsi="Calibri Light" w:cs="Calibri Light"/>
          <w:lang w:val="de-DE"/>
        </w:rPr>
        <w:t>__________</w:t>
      </w:r>
      <w:r w:rsidR="00D3603A" w:rsidRPr="00D91623">
        <w:rPr>
          <w:rFonts w:ascii="Calibri Light" w:hAnsi="Calibri Light" w:cs="Calibri Light"/>
          <w:lang w:val="de-DE"/>
        </w:rPr>
        <w:t>____________________</w:t>
      </w:r>
    </w:p>
    <w:p w14:paraId="22DC5A1E" w14:textId="73E1D423" w:rsidR="00FA40F0" w:rsidRPr="006A73AA" w:rsidRDefault="002E5BF8">
      <w:pPr>
        <w:rPr>
          <w:rFonts w:ascii="Calibri Light" w:hAnsi="Calibri Light" w:cs="Calibri Light"/>
          <w:sz w:val="20"/>
          <w:szCs w:val="20"/>
        </w:rPr>
      </w:pPr>
      <w:r w:rsidRPr="00D8248C">
        <w:rPr>
          <w:rFonts w:ascii="Calibri Light" w:hAnsi="Calibri Light" w:cs="Calibri Light"/>
          <w:lang w:val="de-DE"/>
        </w:rPr>
        <w:br/>
      </w:r>
      <w:r w:rsidR="00D3603A" w:rsidRPr="006A73AA">
        <w:rPr>
          <w:rFonts w:ascii="Calibri Light" w:hAnsi="Calibri Light" w:cs="Calibri Light"/>
          <w:sz w:val="20"/>
          <w:szCs w:val="20"/>
        </w:rPr>
        <w:t xml:space="preserve">Stand: </w:t>
      </w:r>
      <w:r w:rsidR="006A73AA">
        <w:rPr>
          <w:rFonts w:ascii="Calibri Light" w:hAnsi="Calibri Light" w:cs="Calibri Light"/>
          <w:sz w:val="20"/>
          <w:szCs w:val="20"/>
        </w:rPr>
        <w:t>20</w:t>
      </w:r>
      <w:r w:rsidR="00D3603A" w:rsidRPr="006A73AA">
        <w:rPr>
          <w:rFonts w:ascii="Calibri Light" w:hAnsi="Calibri Light" w:cs="Calibri Light"/>
          <w:sz w:val="20"/>
          <w:szCs w:val="20"/>
        </w:rPr>
        <w:t>.0</w:t>
      </w:r>
      <w:r w:rsidR="00D91623" w:rsidRPr="006A73AA">
        <w:rPr>
          <w:rFonts w:ascii="Calibri Light" w:hAnsi="Calibri Light" w:cs="Calibri Light"/>
          <w:sz w:val="20"/>
          <w:szCs w:val="20"/>
        </w:rPr>
        <w:t>8</w:t>
      </w:r>
      <w:r w:rsidR="00D3603A" w:rsidRPr="006A73AA">
        <w:rPr>
          <w:rFonts w:ascii="Calibri Light" w:hAnsi="Calibri Light" w:cs="Calibri Light"/>
          <w:sz w:val="20"/>
          <w:szCs w:val="20"/>
        </w:rPr>
        <w:t>.2026</w:t>
      </w:r>
    </w:p>
    <w:sectPr w:rsidR="00FA40F0" w:rsidRPr="006A73AA" w:rsidSect="00D91623">
      <w:footerReference w:type="defaul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77BE2" w14:textId="77777777" w:rsidR="00206116" w:rsidRDefault="00206116" w:rsidP="00D91623">
      <w:pPr>
        <w:spacing w:after="0" w:line="240" w:lineRule="auto"/>
      </w:pPr>
      <w:r>
        <w:separator/>
      </w:r>
    </w:p>
  </w:endnote>
  <w:endnote w:type="continuationSeparator" w:id="0">
    <w:p w14:paraId="04039DE0" w14:textId="77777777" w:rsidR="00206116" w:rsidRDefault="00206116" w:rsidP="00D91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A91E" w14:textId="46BEBE2D" w:rsidR="00D91623" w:rsidRPr="00D91623" w:rsidRDefault="00D91623">
    <w:pPr>
      <w:pStyle w:val="Fuzeile"/>
      <w:rPr>
        <w:rFonts w:ascii="Calibri Light" w:hAnsi="Calibri Light" w:cs="Calibri Light"/>
        <w:sz w:val="18"/>
        <w:szCs w:val="18"/>
      </w:rPr>
    </w:pPr>
    <w:r>
      <w:rPr>
        <w:rFonts w:ascii="Calibri Light" w:hAnsi="Calibri Light" w:cs="Calibri Light"/>
        <w:sz w:val="18"/>
        <w:szCs w:val="18"/>
      </w:rPr>
      <w:ptab w:relativeTo="margin" w:alignment="right" w:leader="none"/>
    </w:r>
    <w:r w:rsidRPr="00D91623">
      <w:rPr>
        <w:rFonts w:ascii="Calibri Light" w:hAnsi="Calibri Light" w:cs="Calibri Light"/>
        <w:sz w:val="18"/>
        <w:szCs w:val="18"/>
      </w:rPr>
      <w:fldChar w:fldCharType="begin"/>
    </w:r>
    <w:r w:rsidRPr="00D91623">
      <w:rPr>
        <w:rFonts w:ascii="Calibri Light" w:hAnsi="Calibri Light" w:cs="Calibri Light"/>
        <w:sz w:val="18"/>
        <w:szCs w:val="18"/>
      </w:rPr>
      <w:instrText>PAGE  \* Arabic  \* MERGEFORMAT</w:instrText>
    </w:r>
    <w:r w:rsidRPr="00D91623">
      <w:rPr>
        <w:rFonts w:ascii="Calibri Light" w:hAnsi="Calibri Light" w:cs="Calibri Light"/>
        <w:sz w:val="18"/>
        <w:szCs w:val="18"/>
      </w:rPr>
      <w:fldChar w:fldCharType="separate"/>
    </w:r>
    <w:r w:rsidRPr="00D91623">
      <w:rPr>
        <w:rFonts w:ascii="Calibri Light" w:hAnsi="Calibri Light" w:cs="Calibri Light"/>
        <w:sz w:val="18"/>
        <w:szCs w:val="18"/>
        <w:lang w:val="de-DE"/>
      </w:rPr>
      <w:t>1</w:t>
    </w:r>
    <w:r w:rsidRPr="00D91623">
      <w:rPr>
        <w:rFonts w:ascii="Calibri Light" w:hAnsi="Calibri Light" w:cs="Calibri Light"/>
        <w:sz w:val="18"/>
        <w:szCs w:val="18"/>
      </w:rPr>
      <w:fldChar w:fldCharType="end"/>
    </w:r>
    <w:r w:rsidRPr="00D91623">
      <w:rPr>
        <w:rFonts w:ascii="Calibri Light" w:hAnsi="Calibri Light" w:cs="Calibri Light"/>
        <w:sz w:val="18"/>
        <w:szCs w:val="18"/>
        <w:lang w:val="de-DE"/>
      </w:rPr>
      <w:t xml:space="preserve"> </w:t>
    </w:r>
    <w:r>
      <w:rPr>
        <w:rFonts w:ascii="Calibri Light" w:hAnsi="Calibri Light" w:cs="Calibri Light"/>
        <w:sz w:val="18"/>
        <w:szCs w:val="18"/>
        <w:lang w:val="de-DE"/>
      </w:rPr>
      <w:t>/</w:t>
    </w:r>
    <w:r w:rsidRPr="00D91623">
      <w:rPr>
        <w:rFonts w:ascii="Calibri Light" w:hAnsi="Calibri Light" w:cs="Calibri Light"/>
        <w:sz w:val="18"/>
        <w:szCs w:val="18"/>
        <w:lang w:val="de-DE"/>
      </w:rPr>
      <w:t xml:space="preserve"> </w:t>
    </w:r>
    <w:r w:rsidRPr="00D91623">
      <w:rPr>
        <w:rFonts w:ascii="Calibri Light" w:hAnsi="Calibri Light" w:cs="Calibri Light"/>
        <w:sz w:val="18"/>
        <w:szCs w:val="18"/>
      </w:rPr>
      <w:fldChar w:fldCharType="begin"/>
    </w:r>
    <w:r w:rsidRPr="00D91623">
      <w:rPr>
        <w:rFonts w:ascii="Calibri Light" w:hAnsi="Calibri Light" w:cs="Calibri Light"/>
        <w:sz w:val="18"/>
        <w:szCs w:val="18"/>
      </w:rPr>
      <w:instrText>NUMPAGES  \* Arabic  \* MERGEFORMAT</w:instrText>
    </w:r>
    <w:r w:rsidRPr="00D91623">
      <w:rPr>
        <w:rFonts w:ascii="Calibri Light" w:hAnsi="Calibri Light" w:cs="Calibri Light"/>
        <w:sz w:val="18"/>
        <w:szCs w:val="18"/>
      </w:rPr>
      <w:fldChar w:fldCharType="separate"/>
    </w:r>
    <w:r w:rsidRPr="00D91623">
      <w:rPr>
        <w:rFonts w:ascii="Calibri Light" w:hAnsi="Calibri Light" w:cs="Calibri Light"/>
        <w:sz w:val="18"/>
        <w:szCs w:val="18"/>
        <w:lang w:val="de-DE"/>
      </w:rPr>
      <w:t>2</w:t>
    </w:r>
    <w:r w:rsidRPr="00D91623">
      <w:rPr>
        <w:rFonts w:ascii="Calibri Light" w:hAnsi="Calibri Light" w:cs="Calibri Light"/>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33529" w14:textId="47299E01" w:rsidR="00D91623" w:rsidRDefault="00D91623">
    <w:pPr>
      <w:pStyle w:val="Fuzeile"/>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0131" w14:textId="77777777" w:rsidR="00206116" w:rsidRDefault="00206116" w:rsidP="00D91623">
      <w:pPr>
        <w:spacing w:after="0" w:line="240" w:lineRule="auto"/>
      </w:pPr>
      <w:r>
        <w:separator/>
      </w:r>
    </w:p>
  </w:footnote>
  <w:footnote w:type="continuationSeparator" w:id="0">
    <w:p w14:paraId="6DD7C24A" w14:textId="77777777" w:rsidR="00206116" w:rsidRDefault="00206116" w:rsidP="00D91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04070005"/>
    <w:lvl w:ilvl="0">
      <w:start w:val="1"/>
      <w:numFmt w:val="bullet"/>
      <w:lvlText w:val=""/>
      <w:lvlJc w:val="left"/>
      <w:pPr>
        <w:ind w:left="36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2A55"/>
    <w:rsid w:val="0015074B"/>
    <w:rsid w:val="00151362"/>
    <w:rsid w:val="001E281B"/>
    <w:rsid w:val="00206116"/>
    <w:rsid w:val="0029639D"/>
    <w:rsid w:val="002E5BF8"/>
    <w:rsid w:val="00326F90"/>
    <w:rsid w:val="004F083C"/>
    <w:rsid w:val="00553B58"/>
    <w:rsid w:val="005A337A"/>
    <w:rsid w:val="00652AA6"/>
    <w:rsid w:val="006A73AA"/>
    <w:rsid w:val="008518D5"/>
    <w:rsid w:val="009E3D60"/>
    <w:rsid w:val="00AA1D8D"/>
    <w:rsid w:val="00AB64DB"/>
    <w:rsid w:val="00B47730"/>
    <w:rsid w:val="00B93781"/>
    <w:rsid w:val="00CB0664"/>
    <w:rsid w:val="00D3603A"/>
    <w:rsid w:val="00D8248C"/>
    <w:rsid w:val="00D91623"/>
    <w:rsid w:val="00FA40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B35E7"/>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5178</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2026-08-19T11:56:00Z</dcterms:created>
  <dcterms:modified xsi:type="dcterms:W3CDTF">2026-08-19T11:56:00Z</dcterms:modified>
  <cp:category/>
</cp:coreProperties>
</file>