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463E" w14:textId="62A5B8F9" w:rsidR="00E218CB" w:rsidRPr="00A02445" w:rsidRDefault="00000000">
      <w:pPr>
        <w:pStyle w:val="berschrift1"/>
        <w:rPr>
          <w:b/>
          <w:bCs/>
          <w:sz w:val="36"/>
          <w:szCs w:val="36"/>
        </w:rPr>
      </w:pPr>
      <w:proofErr w:type="spellStart"/>
      <w:r w:rsidRPr="00A02445">
        <w:rPr>
          <w:b/>
          <w:bCs/>
          <w:sz w:val="36"/>
          <w:szCs w:val="36"/>
        </w:rPr>
        <w:t>Antwort</w:t>
      </w:r>
      <w:proofErr w:type="spellEnd"/>
      <w:r w:rsidR="000F0E6F">
        <w:rPr>
          <w:b/>
          <w:bCs/>
          <w:sz w:val="36"/>
          <w:szCs w:val="36"/>
        </w:rPr>
        <w:t xml:space="preserve"> </w:t>
      </w:r>
      <w:proofErr w:type="spellStart"/>
      <w:r w:rsidR="000F0E6F">
        <w:rPr>
          <w:b/>
          <w:bCs/>
          <w:sz w:val="36"/>
          <w:szCs w:val="36"/>
        </w:rPr>
        <w:t>zu</w:t>
      </w:r>
      <w:proofErr w:type="spellEnd"/>
      <w:r w:rsidR="000F0E6F">
        <w:rPr>
          <w:b/>
          <w:bCs/>
          <w:sz w:val="36"/>
          <w:szCs w:val="36"/>
        </w:rPr>
        <w:t xml:space="preserve"> </w:t>
      </w:r>
      <w:proofErr w:type="spellStart"/>
      <w:r w:rsidR="000F0E6F">
        <w:rPr>
          <w:b/>
          <w:bCs/>
          <w:sz w:val="36"/>
          <w:szCs w:val="36"/>
        </w:rPr>
        <w:t>einer</w:t>
      </w:r>
      <w:proofErr w:type="spellEnd"/>
      <w:r w:rsidR="000F0E6F">
        <w:rPr>
          <w:b/>
          <w:bCs/>
          <w:sz w:val="36"/>
          <w:szCs w:val="36"/>
        </w:rPr>
        <w:t xml:space="preserve"> </w:t>
      </w:r>
      <w:proofErr w:type="spellStart"/>
      <w:r w:rsidRPr="00A02445">
        <w:rPr>
          <w:b/>
          <w:bCs/>
          <w:sz w:val="36"/>
          <w:szCs w:val="36"/>
        </w:rPr>
        <w:t>Loeschaufforderung</w:t>
      </w:r>
      <w:proofErr w:type="spellEnd"/>
      <w:r w:rsidR="000F0E6F">
        <w:rPr>
          <w:b/>
          <w:bCs/>
          <w:sz w:val="36"/>
          <w:szCs w:val="36"/>
        </w:rPr>
        <w:t xml:space="preserve"> von Daten</w:t>
      </w:r>
      <w:r w:rsidR="000F0E6F" w:rsidRPr="00A02445">
        <w:rPr>
          <w:b/>
          <w:bCs/>
          <w:sz w:val="36"/>
          <w:szCs w:val="36"/>
        </w:rPr>
        <w:t xml:space="preserve"> </w:t>
      </w:r>
      <w:r w:rsidR="00B64C45" w:rsidRPr="00A02445">
        <w:rPr>
          <w:b/>
          <w:bCs/>
          <w:sz w:val="36"/>
          <w:szCs w:val="36"/>
        </w:rPr>
        <w:br/>
      </w:r>
    </w:p>
    <w:p w14:paraId="5E1E85A0" w14:textId="31507EB2" w:rsidR="00E218CB" w:rsidRDefault="00000000">
      <w:proofErr w:type="spellStart"/>
      <w:r>
        <w:t>Empfänger</w:t>
      </w:r>
      <w:proofErr w:type="spellEnd"/>
      <w:r w:rsidR="00B64C45">
        <w:br/>
      </w:r>
      <w:r w:rsidR="00B64C45">
        <w:br/>
      </w:r>
    </w:p>
    <w:p w14:paraId="53F92171" w14:textId="77777777" w:rsidR="00E218CB" w:rsidRDefault="00000000">
      <w:r>
        <w:t>Ort, Datum</w:t>
      </w:r>
    </w:p>
    <w:p w14:paraId="1784CF7C" w14:textId="77777777" w:rsidR="00E218CB" w:rsidRDefault="00000000">
      <w:proofErr w:type="spellStart"/>
      <w:r>
        <w:t>Ihre</w:t>
      </w:r>
      <w:proofErr w:type="spellEnd"/>
      <w:r>
        <w:t xml:space="preserve"> </w:t>
      </w:r>
      <w:proofErr w:type="spellStart"/>
      <w:r>
        <w:t>Aufforderung</w:t>
      </w:r>
      <w:proofErr w:type="spellEnd"/>
      <w:r>
        <w:t xml:space="preserve"> zur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Daten </w:t>
      </w:r>
      <w:proofErr w:type="spellStart"/>
      <w:r>
        <w:t>nach</w:t>
      </w:r>
      <w:proofErr w:type="spellEnd"/>
      <w:r>
        <w:t xml:space="preserve"> Art. 17 DSGVO</w:t>
      </w:r>
    </w:p>
    <w:p w14:paraId="5D187CF2" w14:textId="77777777" w:rsidR="00E218CB" w:rsidRDefault="00000000">
      <w:r>
        <w:t xml:space="preserve">Sehr </w:t>
      </w:r>
      <w:proofErr w:type="spellStart"/>
      <w:r>
        <w:t>geehrte</w:t>
      </w:r>
      <w:proofErr w:type="spellEnd"/>
      <w:r>
        <w:t>/r Frau/Herr ___________________________,</w:t>
      </w:r>
    </w:p>
    <w:p w14:paraId="0F7E32E6" w14:textId="77777777" w:rsidR="00E218CB" w:rsidRDefault="00000000">
      <w:proofErr w:type="spellStart"/>
      <w:r>
        <w:t>hiermit</w:t>
      </w:r>
      <w:proofErr w:type="spellEnd"/>
      <w:r>
        <w:t xml:space="preserve"> </w:t>
      </w:r>
      <w:proofErr w:type="spellStart"/>
      <w:r>
        <w:t>bestätigen</w:t>
      </w:r>
      <w:proofErr w:type="spellEnd"/>
      <w:r>
        <w:t xml:space="preserve"> wir den </w:t>
      </w:r>
      <w:proofErr w:type="spellStart"/>
      <w:r>
        <w:t>Eingang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Aufforderung</w:t>
      </w:r>
      <w:proofErr w:type="spellEnd"/>
      <w:r>
        <w:t xml:space="preserve"> zur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 </w:t>
      </w:r>
      <w:proofErr w:type="spellStart"/>
      <w:r>
        <w:t>nach</w:t>
      </w:r>
      <w:proofErr w:type="spellEnd"/>
      <w:r>
        <w:t xml:space="preserve"> Art. 17 DSGVO.</w:t>
      </w:r>
    </w:p>
    <w:p w14:paraId="77735301" w14:textId="77777777" w:rsidR="00E218CB" w:rsidRDefault="00000000">
      <w:r>
        <w:t xml:space="preserve">A)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vollumfänglich</w:t>
      </w:r>
      <w:proofErr w:type="spellEnd"/>
      <w:r>
        <w:t xml:space="preserve"> (falls </w:t>
      </w:r>
      <w:proofErr w:type="spellStart"/>
      <w:r>
        <w:t>zutreffend</w:t>
      </w:r>
      <w:proofErr w:type="spellEnd"/>
      <w:r>
        <w:t>)</w:t>
      </w:r>
    </w:p>
    <w:p w14:paraId="1E444913" w14:textId="77777777" w:rsidR="00E218CB" w:rsidRDefault="00000000">
      <w:proofErr w:type="spellStart"/>
      <w:r>
        <w:t>Ihre</w:t>
      </w:r>
      <w:proofErr w:type="spellEnd"/>
      <w:r>
        <w:t xml:space="preserve"> Daten </w:t>
      </w:r>
      <w:proofErr w:type="spellStart"/>
      <w:r>
        <w:t>wurden</w:t>
      </w:r>
      <w:proofErr w:type="spellEnd"/>
      <w:r>
        <w:t xml:space="preserve"> in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produktiven</w:t>
      </w:r>
      <w:proofErr w:type="spellEnd"/>
      <w:r>
        <w:t xml:space="preserve"> </w:t>
      </w:r>
      <w:proofErr w:type="spellStart"/>
      <w:r>
        <w:t>Systemen</w:t>
      </w:r>
      <w:proofErr w:type="spellEnd"/>
      <w:r>
        <w:t xml:space="preserve"> </w:t>
      </w:r>
      <w:proofErr w:type="spellStart"/>
      <w:r>
        <w:t>vollumfänglich</w:t>
      </w:r>
      <w:proofErr w:type="spellEnd"/>
      <w:r>
        <w:t xml:space="preserve"> </w:t>
      </w:r>
      <w:proofErr w:type="spellStart"/>
      <w:r>
        <w:t>gelöscht</w:t>
      </w:r>
      <w:proofErr w:type="spellEnd"/>
      <w:r>
        <w:t xml:space="preserve">. Wir </w:t>
      </w:r>
      <w:proofErr w:type="spellStart"/>
      <w:r>
        <w:t>verarbeiten</w:t>
      </w:r>
      <w:proofErr w:type="spellEnd"/>
      <w:r>
        <w:t xml:space="preserve"> </w:t>
      </w:r>
      <w:proofErr w:type="spellStart"/>
      <w:r>
        <w:t>fortan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 </w:t>
      </w:r>
      <w:proofErr w:type="spellStart"/>
      <w:r>
        <w:t>mehr</w:t>
      </w:r>
      <w:proofErr w:type="spellEnd"/>
      <w:r>
        <w:t xml:space="preserve"> von Ihnen,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rechtliche</w:t>
      </w:r>
      <w:proofErr w:type="spellEnd"/>
      <w:r>
        <w:t xml:space="preserve"> </w:t>
      </w:r>
      <w:proofErr w:type="spellStart"/>
      <w:r>
        <w:t>Pflichten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berechtigte</w:t>
      </w:r>
      <w:proofErr w:type="spellEnd"/>
      <w:r>
        <w:t xml:space="preserve"> </w:t>
      </w:r>
      <w:proofErr w:type="spellStart"/>
      <w:r>
        <w:t>Interessen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vollständigen</w:t>
      </w:r>
      <w:proofErr w:type="spellEnd"/>
      <w:r>
        <w:t xml:space="preserve">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entgegenstehen</w:t>
      </w:r>
      <w:proofErr w:type="spellEnd"/>
      <w:r>
        <w:t>.</w:t>
      </w:r>
    </w:p>
    <w:p w14:paraId="3CB40D2F" w14:textId="77777777" w:rsidR="00E218CB" w:rsidRDefault="00000000">
      <w:r>
        <w:t xml:space="preserve">Bitte </w:t>
      </w:r>
      <w:proofErr w:type="spellStart"/>
      <w:r>
        <w:t>beachten</w:t>
      </w:r>
      <w:proofErr w:type="spellEnd"/>
      <w:r>
        <w:t xml:space="preserve"> Sie, </w:t>
      </w:r>
      <w:proofErr w:type="spellStart"/>
      <w:r>
        <w:t>dass</w:t>
      </w:r>
      <w:proofErr w:type="spellEnd"/>
      <w:r>
        <w:t xml:space="preserve"> wir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Anfrage</w:t>
      </w:r>
      <w:proofErr w:type="spellEnd"/>
      <w:r>
        <w:t xml:space="preserve"> zur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Antwortschreiben</w:t>
      </w:r>
      <w:proofErr w:type="spellEnd"/>
      <w:r>
        <w:t xml:space="preserve"> zur </w:t>
      </w:r>
      <w:proofErr w:type="spellStart"/>
      <w:r>
        <w:t>Dokumentation</w:t>
      </w:r>
      <w:proofErr w:type="spellEnd"/>
      <w:r>
        <w:t xml:space="preserve"> des </w:t>
      </w:r>
      <w:proofErr w:type="spellStart"/>
      <w:r>
        <w:t>Vorgangs</w:t>
      </w:r>
      <w:proofErr w:type="spellEnd"/>
      <w:r>
        <w:t xml:space="preserve"> für die Dauer von </w:t>
      </w:r>
      <w:proofErr w:type="spellStart"/>
      <w:r>
        <w:t>einem</w:t>
      </w:r>
      <w:proofErr w:type="spellEnd"/>
      <w:r>
        <w:t xml:space="preserve"> Jahr </w:t>
      </w:r>
      <w:proofErr w:type="spellStart"/>
      <w:r>
        <w:t>speichern</w:t>
      </w:r>
      <w:proofErr w:type="spellEnd"/>
      <w:r>
        <w:t xml:space="preserve">. Dies </w:t>
      </w:r>
      <w:proofErr w:type="spellStart"/>
      <w:r>
        <w:t>erfolgt</w:t>
      </w:r>
      <w:proofErr w:type="spellEnd"/>
      <w:r>
        <w:t xml:space="preserve"> auf </w:t>
      </w:r>
      <w:proofErr w:type="spellStart"/>
      <w:r>
        <w:t>Grundlage</w:t>
      </w:r>
      <w:proofErr w:type="spellEnd"/>
      <w:r>
        <w:t xml:space="preserve"> von Art. 6 Abs. 1 lit. f DSGVO (</w:t>
      </w:r>
      <w:proofErr w:type="spellStart"/>
      <w:r>
        <w:t>berechtigtes</w:t>
      </w:r>
      <w:proofErr w:type="spellEnd"/>
      <w:r>
        <w:t xml:space="preserve"> Interesse an der </w:t>
      </w:r>
      <w:proofErr w:type="spellStart"/>
      <w:r>
        <w:t>Nachweisbarkeit</w:t>
      </w:r>
      <w:proofErr w:type="spellEnd"/>
      <w:r>
        <w:t xml:space="preserve"> der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datenschutzrechtlicher</w:t>
      </w:r>
      <w:proofErr w:type="spellEnd"/>
      <w:r>
        <w:t xml:space="preserve"> </w:t>
      </w:r>
      <w:proofErr w:type="spellStart"/>
      <w:r>
        <w:t>Pflichten</w:t>
      </w:r>
      <w:proofErr w:type="spellEnd"/>
      <w:r>
        <w:t>).</w:t>
      </w:r>
    </w:p>
    <w:p w14:paraId="626A8F27" w14:textId="77777777" w:rsidR="00E218CB" w:rsidRDefault="00000000">
      <w:r>
        <w:t xml:space="preserve">B)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vollumfänglich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,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 (falls </w:t>
      </w:r>
      <w:proofErr w:type="spellStart"/>
      <w:r>
        <w:t>zutreffend</w:t>
      </w:r>
      <w:proofErr w:type="spellEnd"/>
      <w:r>
        <w:t>)</w:t>
      </w:r>
    </w:p>
    <w:p w14:paraId="2D02A529" w14:textId="77777777" w:rsidR="00E218CB" w:rsidRDefault="00000000">
      <w:r>
        <w:t xml:space="preserve">Bitte </w:t>
      </w:r>
      <w:proofErr w:type="spellStart"/>
      <w:r>
        <w:t>beachten</w:t>
      </w:r>
      <w:proofErr w:type="spellEnd"/>
      <w:r>
        <w:t xml:space="preserve"> Sie die </w:t>
      </w:r>
      <w:proofErr w:type="spellStart"/>
      <w:r>
        <w:t>Vorgaben</w:t>
      </w:r>
      <w:proofErr w:type="spellEnd"/>
      <w:r>
        <w:t xml:space="preserve"> der Artikel 17 und 18 der Datenschutz-</w:t>
      </w:r>
      <w:proofErr w:type="spellStart"/>
      <w:r>
        <w:t>Grundverordnung</w:t>
      </w:r>
      <w:proofErr w:type="spellEnd"/>
      <w:r>
        <w:t xml:space="preserve"> (DSGVO). Danach </w:t>
      </w:r>
      <w:proofErr w:type="spellStart"/>
      <w:r>
        <w:t>tritt</w:t>
      </w:r>
      <w:proofErr w:type="spellEnd"/>
      <w:r>
        <w:t xml:space="preserve"> an die Stelle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rechtliche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dem Recht der </w:t>
      </w:r>
      <w:proofErr w:type="spellStart"/>
      <w:r>
        <w:t>Europäischen</w:t>
      </w:r>
      <w:proofErr w:type="spellEnd"/>
      <w:r>
        <w:t xml:space="preserve"> Union </w:t>
      </w:r>
      <w:proofErr w:type="spellStart"/>
      <w:r>
        <w:t>oder</w:t>
      </w:r>
      <w:proofErr w:type="spellEnd"/>
      <w:r>
        <w:t xml:space="preserve"> der </w:t>
      </w:r>
      <w:proofErr w:type="spellStart"/>
      <w:r>
        <w:t>Mitgliedstaaten</w:t>
      </w:r>
      <w:proofErr w:type="spellEnd"/>
      <w:r>
        <w:t xml:space="preserve">, </w:t>
      </w:r>
      <w:proofErr w:type="spellStart"/>
      <w:r>
        <w:t>denen</w:t>
      </w:r>
      <w:proofErr w:type="spellEnd"/>
      <w:r>
        <w:t xml:space="preserve"> der </w:t>
      </w:r>
      <w:proofErr w:type="spellStart"/>
      <w:r>
        <w:t>Verantwortliche</w:t>
      </w:r>
      <w:proofErr w:type="spellEnd"/>
      <w:r>
        <w:t xml:space="preserve"> </w:t>
      </w:r>
      <w:proofErr w:type="spellStart"/>
      <w:r>
        <w:t>unterliegt</w:t>
      </w:r>
      <w:proofErr w:type="spellEnd"/>
      <w:r>
        <w:t xml:space="preserve">,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entgegenstehen</w:t>
      </w:r>
      <w:proofErr w:type="spellEnd"/>
      <w:r>
        <w:t>.</w:t>
      </w:r>
    </w:p>
    <w:p w14:paraId="5986CF23" w14:textId="77777777" w:rsidR="00E218CB" w:rsidRDefault="00000000">
      <w:r>
        <w:t xml:space="preserve">B1) Steuer- und </w:t>
      </w:r>
      <w:proofErr w:type="spellStart"/>
      <w:r>
        <w:t>handelsrechtliche</w:t>
      </w:r>
      <w:proofErr w:type="spellEnd"/>
      <w:r>
        <w:t xml:space="preserve"> </w:t>
      </w:r>
      <w:proofErr w:type="spellStart"/>
      <w:r>
        <w:t>Aufbewahrung</w:t>
      </w:r>
      <w:proofErr w:type="spellEnd"/>
      <w:r>
        <w:t xml:space="preserve"> (falls </w:t>
      </w:r>
      <w:proofErr w:type="spellStart"/>
      <w:r>
        <w:t>zutreffend</w:t>
      </w:r>
      <w:proofErr w:type="spellEnd"/>
      <w:r>
        <w:t>)</w:t>
      </w:r>
    </w:p>
    <w:p w14:paraId="23C5693A" w14:textId="77777777" w:rsidR="00E218CB" w:rsidRDefault="00000000">
      <w:r>
        <w:t xml:space="preserve">Nach </w:t>
      </w:r>
      <w:proofErr w:type="spellStart"/>
      <w:r>
        <w:t>steuer</w:t>
      </w:r>
      <w:proofErr w:type="spellEnd"/>
      <w:r>
        <w:t xml:space="preserve">- und </w:t>
      </w:r>
      <w:proofErr w:type="spellStart"/>
      <w:r>
        <w:t>handelsrechtlichen</w:t>
      </w:r>
      <w:proofErr w:type="spellEnd"/>
      <w:r>
        <w:t xml:space="preserve"> </w:t>
      </w:r>
      <w:proofErr w:type="spellStart"/>
      <w:r>
        <w:t>Vorschriften</w:t>
      </w:r>
      <w:proofErr w:type="spellEnd"/>
      <w:r>
        <w:t xml:space="preserve">, </w:t>
      </w:r>
      <w:proofErr w:type="spellStart"/>
      <w:r>
        <w:t>insbesondere</w:t>
      </w:r>
      <w:proofErr w:type="spellEnd"/>
      <w:r>
        <w:t xml:space="preserve"> § 257 HGB und § 147 AO, sind wir </w:t>
      </w:r>
      <w:proofErr w:type="spellStart"/>
      <w:r>
        <w:t>gesetzlich</w:t>
      </w:r>
      <w:proofErr w:type="spellEnd"/>
      <w:r>
        <w:t xml:space="preserve"> </w:t>
      </w:r>
      <w:proofErr w:type="spellStart"/>
      <w:r>
        <w:t>verpflichtet</w:t>
      </w:r>
      <w:proofErr w:type="spellEnd"/>
      <w:r>
        <w:t xml:space="preserve">, </w:t>
      </w:r>
      <w:proofErr w:type="spellStart"/>
      <w:r>
        <w:t>bestimmte</w:t>
      </w:r>
      <w:proofErr w:type="spellEnd"/>
      <w:r>
        <w:t xml:space="preserve"> </w:t>
      </w:r>
      <w:proofErr w:type="spellStart"/>
      <w:r>
        <w:t>Unterlagen</w:t>
      </w:r>
      <w:proofErr w:type="spellEnd"/>
      <w:r>
        <w:t xml:space="preserve"> (z. B. </w:t>
      </w:r>
      <w:proofErr w:type="spellStart"/>
      <w:r>
        <w:t>Buchungsbelege</w:t>
      </w:r>
      <w:proofErr w:type="spellEnd"/>
      <w:r>
        <w:t xml:space="preserve">, </w:t>
      </w:r>
      <w:proofErr w:type="spellStart"/>
      <w:r>
        <w:t>Handelsbriefe</w:t>
      </w:r>
      <w:proofErr w:type="spellEnd"/>
      <w:r>
        <w:t xml:space="preserve">) bis </w:t>
      </w:r>
      <w:proofErr w:type="spellStart"/>
      <w:r>
        <w:t>zu</w:t>
      </w:r>
      <w:proofErr w:type="spellEnd"/>
      <w:r>
        <w:t xml:space="preserve"> 10 Jahre </w:t>
      </w:r>
      <w:proofErr w:type="spellStart"/>
      <w:r>
        <w:t>aufzubewahren</w:t>
      </w:r>
      <w:proofErr w:type="spellEnd"/>
      <w:r>
        <w:t>.</w:t>
      </w:r>
    </w:p>
    <w:p w14:paraId="6762A50B" w14:textId="77777777" w:rsidR="00E218CB" w:rsidRDefault="00000000">
      <w:r>
        <w:t xml:space="preserve">Wir </w:t>
      </w:r>
      <w:proofErr w:type="spellStart"/>
      <w:r>
        <w:t>können</w:t>
      </w:r>
      <w:proofErr w:type="spellEnd"/>
      <w:r>
        <w:t xml:space="preserve"> diese Daten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rechtlichen</w:t>
      </w:r>
      <w:proofErr w:type="spellEnd"/>
      <w:r>
        <w:t xml:space="preserve"> </w:t>
      </w:r>
      <w:proofErr w:type="spellStart"/>
      <w:r>
        <w:t>Gründen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vollumfänglich</w:t>
      </w:r>
      <w:proofErr w:type="spellEnd"/>
      <w:r>
        <w:t xml:space="preserve"> </w:t>
      </w:r>
      <w:proofErr w:type="spellStart"/>
      <w:r>
        <w:t>löschen</w:t>
      </w:r>
      <w:proofErr w:type="spellEnd"/>
      <w:r>
        <w:t xml:space="preserve">. Es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. </w:t>
      </w:r>
      <w:proofErr w:type="spellStart"/>
      <w:r>
        <w:t>Ihre</w:t>
      </w:r>
      <w:proofErr w:type="spellEnd"/>
      <w:r>
        <w:t xml:space="preserve"> Daten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fortan</w:t>
      </w:r>
      <w:proofErr w:type="spellEnd"/>
      <w:r>
        <w:t xml:space="preserve"> </w:t>
      </w:r>
      <w:proofErr w:type="spellStart"/>
      <w:r>
        <w:t>ausschließlich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der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(Art. 6 Abs. 1 lit. c DSGVO) </w:t>
      </w:r>
      <w:proofErr w:type="spellStart"/>
      <w:r>
        <w:t>verarbeitet</w:t>
      </w:r>
      <w:proofErr w:type="spellEnd"/>
      <w:r>
        <w:t>.</w:t>
      </w:r>
    </w:p>
    <w:p w14:paraId="4E628211" w14:textId="77777777" w:rsidR="00E218CB" w:rsidRDefault="00000000">
      <w:r>
        <w:t xml:space="preserve">B2) </w:t>
      </w:r>
      <w:proofErr w:type="spellStart"/>
      <w:r>
        <w:t>Archivierte</w:t>
      </w:r>
      <w:proofErr w:type="spellEnd"/>
      <w:r>
        <w:t xml:space="preserve"> E-Mails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GoBD</w:t>
      </w:r>
      <w:proofErr w:type="spellEnd"/>
      <w:r>
        <w:t xml:space="preserve"> (falls </w:t>
      </w:r>
      <w:proofErr w:type="spellStart"/>
      <w:r>
        <w:t>zutreffend</w:t>
      </w:r>
      <w:proofErr w:type="spellEnd"/>
      <w:r>
        <w:t>)</w:t>
      </w:r>
    </w:p>
    <w:p w14:paraId="3424B5AC" w14:textId="77777777" w:rsidR="00E218CB" w:rsidRDefault="00000000">
      <w:r>
        <w:t xml:space="preserve">Wir </w:t>
      </w:r>
      <w:proofErr w:type="spellStart"/>
      <w:r>
        <w:t>archivieren</w:t>
      </w:r>
      <w:proofErr w:type="spellEnd"/>
      <w:r>
        <w:t xml:space="preserve"> ein- und </w:t>
      </w:r>
      <w:proofErr w:type="spellStart"/>
      <w:r>
        <w:t>ausgehende</w:t>
      </w:r>
      <w:proofErr w:type="spellEnd"/>
      <w:r>
        <w:t xml:space="preserve"> E-Mails </w:t>
      </w:r>
      <w:proofErr w:type="spellStart"/>
      <w:r>
        <w:t>nach</w:t>
      </w:r>
      <w:proofErr w:type="spellEnd"/>
      <w:r>
        <w:t xml:space="preserve"> den </w:t>
      </w:r>
      <w:proofErr w:type="spellStart"/>
      <w:r>
        <w:t>Grundsätzen</w:t>
      </w:r>
      <w:proofErr w:type="spellEnd"/>
      <w:r>
        <w:t xml:space="preserve"> zur </w:t>
      </w:r>
      <w:proofErr w:type="spellStart"/>
      <w:r>
        <w:t>ordnungsmäßigen</w:t>
      </w:r>
      <w:proofErr w:type="spellEnd"/>
      <w:r>
        <w:t xml:space="preserve"> </w:t>
      </w:r>
      <w:proofErr w:type="spellStart"/>
      <w:r>
        <w:t>Führung</w:t>
      </w:r>
      <w:proofErr w:type="spellEnd"/>
      <w:r>
        <w:t xml:space="preserve"> und </w:t>
      </w:r>
      <w:proofErr w:type="spellStart"/>
      <w:r>
        <w:t>Aufbewahrung</w:t>
      </w:r>
      <w:proofErr w:type="spellEnd"/>
      <w:r>
        <w:t xml:space="preserve"> von </w:t>
      </w:r>
      <w:proofErr w:type="spellStart"/>
      <w:r>
        <w:t>Büchern</w:t>
      </w:r>
      <w:proofErr w:type="spellEnd"/>
      <w:r>
        <w:t xml:space="preserve">, </w:t>
      </w:r>
      <w:proofErr w:type="spellStart"/>
      <w:r>
        <w:t>Aufzeichnungen</w:t>
      </w:r>
      <w:proofErr w:type="spellEnd"/>
      <w:r>
        <w:t xml:space="preserve"> und </w:t>
      </w:r>
      <w:proofErr w:type="spellStart"/>
      <w:r>
        <w:t>Unterlagen</w:t>
      </w:r>
      <w:proofErr w:type="spellEnd"/>
      <w:r>
        <w:t xml:space="preserve"> in </w:t>
      </w:r>
      <w:proofErr w:type="spellStart"/>
      <w:r>
        <w:lastRenderedPageBreak/>
        <w:t>elektronischer</w:t>
      </w:r>
      <w:proofErr w:type="spellEnd"/>
      <w:r>
        <w:t xml:space="preserve"> Form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Datenzugriff</w:t>
      </w:r>
      <w:proofErr w:type="spellEnd"/>
      <w:r>
        <w:t xml:space="preserve"> (</w:t>
      </w:r>
      <w:proofErr w:type="spellStart"/>
      <w:r>
        <w:t>GoBD</w:t>
      </w:r>
      <w:proofErr w:type="spellEnd"/>
      <w:r>
        <w:t xml:space="preserve">). </w:t>
      </w:r>
      <w:proofErr w:type="spellStart"/>
      <w:r>
        <w:t>Darunter</w:t>
      </w:r>
      <w:proofErr w:type="spellEnd"/>
      <w:r>
        <w:t xml:space="preserve"> fallen auch </w:t>
      </w:r>
      <w:proofErr w:type="spellStart"/>
      <w:r>
        <w:t>Nachrichten</w:t>
      </w:r>
      <w:proofErr w:type="spellEnd"/>
      <w:r>
        <w:t xml:space="preserve">, die Sie uns </w:t>
      </w:r>
      <w:proofErr w:type="spellStart"/>
      <w:r>
        <w:t>gesendet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</w:t>
      </w:r>
      <w:proofErr w:type="spellStart"/>
      <w:r>
        <w:t>Archivierte</w:t>
      </w:r>
      <w:proofErr w:type="spellEnd"/>
      <w:r>
        <w:t xml:space="preserve"> E-Mails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Ablauf</w:t>
      </w:r>
      <w:proofErr w:type="spellEnd"/>
      <w:r>
        <w:t xml:space="preserve"> von 10 Jahren </w:t>
      </w:r>
      <w:proofErr w:type="spellStart"/>
      <w:r>
        <w:t>automatisch</w:t>
      </w:r>
      <w:proofErr w:type="spellEnd"/>
      <w:r>
        <w:t xml:space="preserve"> </w:t>
      </w:r>
      <w:proofErr w:type="spellStart"/>
      <w:r>
        <w:t>gelöscht</w:t>
      </w:r>
      <w:proofErr w:type="spellEnd"/>
      <w:r>
        <w:t>.</w:t>
      </w:r>
    </w:p>
    <w:p w14:paraId="7F5A45BF" w14:textId="77777777" w:rsidR="00E218CB" w:rsidRDefault="00000000">
      <w:r>
        <w:t xml:space="preserve">Wir </w:t>
      </w:r>
      <w:proofErr w:type="spellStart"/>
      <w:r>
        <w:t>können</w:t>
      </w:r>
      <w:proofErr w:type="spellEnd"/>
      <w:r>
        <w:t xml:space="preserve"> diese Daten </w:t>
      </w:r>
      <w:proofErr w:type="spellStart"/>
      <w:r>
        <w:t>aktuell</w:t>
      </w:r>
      <w:proofErr w:type="spellEnd"/>
      <w:r>
        <w:t xml:space="preserve">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rechtlichen</w:t>
      </w:r>
      <w:proofErr w:type="spellEnd"/>
      <w:r>
        <w:t xml:space="preserve"> </w:t>
      </w:r>
      <w:proofErr w:type="spellStart"/>
      <w:r>
        <w:t>Gründen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vollumfänglich</w:t>
      </w:r>
      <w:proofErr w:type="spellEnd"/>
      <w:r>
        <w:t xml:space="preserve"> </w:t>
      </w:r>
      <w:proofErr w:type="spellStart"/>
      <w:r>
        <w:t>löschen</w:t>
      </w:r>
      <w:proofErr w:type="spellEnd"/>
      <w:r>
        <w:t xml:space="preserve">. Es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. </w:t>
      </w:r>
      <w:proofErr w:type="spellStart"/>
      <w:r>
        <w:t>Ihre</w:t>
      </w:r>
      <w:proofErr w:type="spellEnd"/>
      <w:r>
        <w:t xml:space="preserve"> Daten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fortan</w:t>
      </w:r>
      <w:proofErr w:type="spellEnd"/>
      <w:r>
        <w:t xml:space="preserve"> </w:t>
      </w:r>
      <w:proofErr w:type="spellStart"/>
      <w:r>
        <w:t>ausschließlich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der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(Art. 6 Abs. 1 lit. c DSGVO) </w:t>
      </w:r>
      <w:proofErr w:type="spellStart"/>
      <w:r>
        <w:t>verarbeitet</w:t>
      </w:r>
      <w:proofErr w:type="spellEnd"/>
      <w:r>
        <w:t>.</w:t>
      </w:r>
    </w:p>
    <w:p w14:paraId="4532AE6B" w14:textId="7351066E" w:rsidR="00E218CB" w:rsidRDefault="00000000">
      <w:r>
        <w:t xml:space="preserve">Mit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  <w:r w:rsidR="00A02445">
        <w:br/>
      </w:r>
    </w:p>
    <w:p w14:paraId="445A066D" w14:textId="77777777" w:rsidR="00E218CB" w:rsidRDefault="00E218CB">
      <w:pPr>
        <w:pBdr>
          <w:bottom w:val="single" w:sz="6" w:space="1" w:color="auto"/>
        </w:pBdr>
      </w:pPr>
    </w:p>
    <w:p w14:paraId="4CB56F58" w14:textId="77777777" w:rsidR="00E218CB" w:rsidRDefault="00000000">
      <w:r>
        <w:t>[UNTERNEHMEN]</w:t>
      </w:r>
    </w:p>
    <w:p w14:paraId="677D6473" w14:textId="77777777" w:rsidR="00E218CB" w:rsidRDefault="00E218CB">
      <w:pPr>
        <w:pBdr>
          <w:bottom w:val="single" w:sz="6" w:space="1" w:color="auto"/>
        </w:pBdr>
      </w:pPr>
    </w:p>
    <w:p w14:paraId="508375AE" w14:textId="1B6B9691" w:rsidR="00E218CB" w:rsidRDefault="00B64C45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  <w:t>Anlage</w:t>
      </w:r>
    </w:p>
    <w:p w14:paraId="5E466F3F" w14:textId="77777777" w:rsidR="00E218CB" w:rsidRDefault="00000000">
      <w:proofErr w:type="spellStart"/>
      <w:r>
        <w:t>Auskunft</w:t>
      </w:r>
      <w:proofErr w:type="spellEnd"/>
      <w:r>
        <w:t xml:space="preserve"> über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nach</w:t>
      </w:r>
      <w:proofErr w:type="spellEnd"/>
      <w:r>
        <w:t xml:space="preserve"> Art. 15 DSGVO im Rahmen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Aufforderung</w:t>
      </w:r>
      <w:proofErr w:type="spellEnd"/>
      <w:r>
        <w:t xml:space="preserve"> zur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Art. 17 DSGVO</w:t>
      </w:r>
    </w:p>
    <w:p w14:paraId="4F26B853" w14:textId="77777777" w:rsidR="00E218CB" w:rsidRDefault="00000000">
      <w:proofErr w:type="spellStart"/>
      <w:r>
        <w:t>Verantwortliche</w:t>
      </w:r>
      <w:proofErr w:type="spellEnd"/>
      <w:r>
        <w:t xml:space="preserve"> Stelle für die </w:t>
      </w:r>
      <w:proofErr w:type="spellStart"/>
      <w:r>
        <w:t>Datenverarbeitung</w:t>
      </w:r>
      <w:proofErr w:type="spellEnd"/>
      <w:r>
        <w:t xml:space="preserve"> </w:t>
      </w:r>
      <w:proofErr w:type="spellStart"/>
      <w:r>
        <w:t>ist</w:t>
      </w:r>
      <w:proofErr w:type="spellEnd"/>
    </w:p>
    <w:p w14:paraId="1B7A2C56" w14:textId="77777777" w:rsidR="00E218CB" w:rsidRDefault="00000000">
      <w:r>
        <w:t>[UNTERNEHMEN]</w:t>
      </w:r>
      <w:r>
        <w:br/>
        <w:t>[ANSCHRIFT_UNTERNEHMEN]</w:t>
      </w:r>
    </w:p>
    <w:p w14:paraId="39038D19" w14:textId="77777777" w:rsidR="00E218CB" w:rsidRDefault="00000000">
      <w:r>
        <w:t xml:space="preserve">A. </w:t>
      </w:r>
      <w:proofErr w:type="spellStart"/>
      <w:r>
        <w:t>Kategorien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</w:t>
      </w:r>
    </w:p>
    <w:p w14:paraId="5848D837" w14:textId="77777777" w:rsidR="00E218CB" w:rsidRDefault="00000000">
      <w:proofErr w:type="spellStart"/>
      <w:r>
        <w:t>Folgende</w:t>
      </w:r>
      <w:proofErr w:type="spellEnd"/>
      <w:r>
        <w:t xml:space="preserve"> </w:t>
      </w:r>
      <w:proofErr w:type="spellStart"/>
      <w:r>
        <w:t>Kategorien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werden</w:t>
      </w:r>
      <w:proofErr w:type="spellEnd"/>
      <w:r>
        <w:t xml:space="preserve"> –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zutreffend</w:t>
      </w:r>
      <w:proofErr w:type="spellEnd"/>
      <w:r>
        <w:t xml:space="preserve"> – von uns </w:t>
      </w:r>
      <w:proofErr w:type="spellStart"/>
      <w:r>
        <w:t>verarbeitet</w:t>
      </w:r>
      <w:proofErr w:type="spellEnd"/>
      <w:r>
        <w:t xml:space="preserve"> </w:t>
      </w:r>
      <w:proofErr w:type="spellStart"/>
      <w:r>
        <w:t>bzw</w:t>
      </w:r>
      <w:proofErr w:type="spellEnd"/>
      <w:r>
        <w:t xml:space="preserve">. im Rahmen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gespeichert</w:t>
      </w:r>
      <w:proofErr w:type="spellEnd"/>
      <w:r>
        <w:t>:</w:t>
      </w:r>
    </w:p>
    <w:p w14:paraId="7D9B918A" w14:textId="77777777" w:rsidR="00E218CB" w:rsidRDefault="00000000">
      <w:proofErr w:type="gramStart"/>
      <w:r>
        <w:t>[ ]</w:t>
      </w:r>
      <w:proofErr w:type="gramEnd"/>
      <w:r>
        <w:t xml:space="preserve"> Name, </w:t>
      </w:r>
      <w:proofErr w:type="spellStart"/>
      <w:r>
        <w:t>Vorname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Adressdaten</w:t>
      </w:r>
      <w:proofErr w:type="spellEnd"/>
      <w:r>
        <w:br/>
      </w:r>
      <w:proofErr w:type="gramStart"/>
      <w:r>
        <w:t>[ ]</w:t>
      </w:r>
      <w:proofErr w:type="gramEnd"/>
      <w:r>
        <w:t xml:space="preserve"> E-Mail-Adresse</w:t>
      </w:r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Telefonnummer</w:t>
      </w:r>
      <w:proofErr w:type="spellEnd"/>
      <w:r>
        <w:t xml:space="preserve"> / </w:t>
      </w:r>
      <w:proofErr w:type="spellStart"/>
      <w:r>
        <w:t>Telekommunikationsdaten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Bestellhistorie</w:t>
      </w:r>
      <w:proofErr w:type="spellEnd"/>
      <w:r>
        <w:t xml:space="preserve"> / </w:t>
      </w:r>
      <w:proofErr w:type="spellStart"/>
      <w:r>
        <w:t>Kundenhistorie</w:t>
      </w:r>
      <w:proofErr w:type="spellEnd"/>
      <w:r>
        <w:br/>
      </w:r>
      <w:proofErr w:type="gramStart"/>
      <w:r>
        <w:t>[ ]</w:t>
      </w:r>
      <w:proofErr w:type="gramEnd"/>
      <w:r>
        <w:t xml:space="preserve"> IP-Adresse (</w:t>
      </w:r>
      <w:proofErr w:type="spellStart"/>
      <w:r>
        <w:t>soweit</w:t>
      </w:r>
      <w:proofErr w:type="spellEnd"/>
      <w:r>
        <w:t xml:space="preserve"> diese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Kundenaktion</w:t>
      </w:r>
      <w:proofErr w:type="spellEnd"/>
      <w:r>
        <w:t xml:space="preserve"> </w:t>
      </w:r>
      <w:proofErr w:type="spellStart"/>
      <w:r>
        <w:t>zugeordnet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>)</w:t>
      </w:r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Archivierte</w:t>
      </w:r>
      <w:proofErr w:type="spellEnd"/>
      <w:r>
        <w:t xml:space="preserve"> </w:t>
      </w:r>
      <w:proofErr w:type="spellStart"/>
      <w:r>
        <w:t>elektronische</w:t>
      </w:r>
      <w:proofErr w:type="spellEnd"/>
      <w:r>
        <w:t xml:space="preserve"> </w:t>
      </w:r>
      <w:proofErr w:type="spellStart"/>
      <w:r>
        <w:t>Kommunikation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GoBD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Weitere</w:t>
      </w:r>
      <w:proofErr w:type="spellEnd"/>
      <w:r>
        <w:t>: ___________________________</w:t>
      </w:r>
    </w:p>
    <w:p w14:paraId="542B59FC" w14:textId="77777777" w:rsidR="00E218CB" w:rsidRDefault="00000000">
      <w:r>
        <w:t xml:space="preserve">B. Zweck der </w:t>
      </w:r>
      <w:proofErr w:type="spellStart"/>
      <w:r>
        <w:t>Verarbeitung</w:t>
      </w:r>
      <w:proofErr w:type="spellEnd"/>
    </w:p>
    <w:p w14:paraId="1E280652" w14:textId="77777777" w:rsidR="00E218CB" w:rsidRDefault="00000000">
      <w:proofErr w:type="spellStart"/>
      <w:r>
        <w:t>Ihre</w:t>
      </w:r>
      <w:proofErr w:type="spellEnd"/>
      <w:r>
        <w:t xml:space="preserve"> Daten </w:t>
      </w:r>
      <w:proofErr w:type="spellStart"/>
      <w:r>
        <w:t>verarbeiten</w:t>
      </w:r>
      <w:proofErr w:type="spellEnd"/>
      <w:r>
        <w:t xml:space="preserve"> wir für </w:t>
      </w:r>
      <w:proofErr w:type="spellStart"/>
      <w:r>
        <w:t>folgende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(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zutreffend</w:t>
      </w:r>
      <w:proofErr w:type="spellEnd"/>
      <w:r>
        <w:t>):</w:t>
      </w:r>
    </w:p>
    <w:p w14:paraId="00872F3D" w14:textId="77777777" w:rsidR="00E218CB" w:rsidRDefault="00000000">
      <w:proofErr w:type="gramStart"/>
      <w:r>
        <w:t>[ ]</w:t>
      </w:r>
      <w:proofErr w:type="gramEnd"/>
      <w:r>
        <w:t xml:space="preserve"> </w:t>
      </w:r>
      <w:proofErr w:type="spellStart"/>
      <w:r>
        <w:t>Vertragserfüllung</w:t>
      </w:r>
      <w:proofErr w:type="spellEnd"/>
      <w:r>
        <w:t xml:space="preserve"> im Rahmen von </w:t>
      </w:r>
      <w:proofErr w:type="spellStart"/>
      <w:r>
        <w:t>Käufen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sonstigen</w:t>
      </w:r>
      <w:proofErr w:type="spellEnd"/>
      <w:r>
        <w:t xml:space="preserve"> </w:t>
      </w:r>
      <w:proofErr w:type="spellStart"/>
      <w:r>
        <w:t>Vertragsverhältnissen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Führung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Kundenkontos</w:t>
      </w:r>
      <w:proofErr w:type="spellEnd"/>
      <w:r>
        <w:t xml:space="preserve"> </w:t>
      </w:r>
      <w:proofErr w:type="spellStart"/>
      <w:r>
        <w:t>bzw</w:t>
      </w:r>
      <w:proofErr w:type="spellEnd"/>
      <w:r>
        <w:t xml:space="preserve">.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Kundenkarte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Beantwortung</w:t>
      </w:r>
      <w:proofErr w:type="spellEnd"/>
      <w:r>
        <w:t xml:space="preserve"> von </w:t>
      </w:r>
      <w:proofErr w:type="spellStart"/>
      <w:r>
        <w:t>Anfragen</w:t>
      </w:r>
      <w:proofErr w:type="spellEnd"/>
      <w:r>
        <w:t xml:space="preserve">, die per E-Mail, </w:t>
      </w:r>
      <w:proofErr w:type="spellStart"/>
      <w:r>
        <w:t>Kontaktformular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telefonisch</w:t>
      </w:r>
      <w:proofErr w:type="spellEnd"/>
      <w:r>
        <w:t xml:space="preserve"> an uns </w:t>
      </w:r>
      <w:proofErr w:type="spellStart"/>
      <w:r>
        <w:t>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Versand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Newsletters, </w:t>
      </w:r>
      <w:proofErr w:type="spellStart"/>
      <w:r>
        <w:t>sofern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wirksame</w:t>
      </w:r>
      <w:proofErr w:type="spellEnd"/>
      <w:r>
        <w:t xml:space="preserve"> </w:t>
      </w:r>
      <w:proofErr w:type="spellStart"/>
      <w:r>
        <w:t>Anmeldung</w:t>
      </w:r>
      <w:proofErr w:type="spellEnd"/>
      <w:r>
        <w:t xml:space="preserve">/EINWILLIGUNG </w:t>
      </w:r>
      <w:proofErr w:type="spellStart"/>
      <w:r>
        <w:t>vorliegt</w:t>
      </w:r>
      <w:proofErr w:type="spellEnd"/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(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>)</w:t>
      </w:r>
      <w:r>
        <w:br/>
      </w:r>
      <w:proofErr w:type="gramStart"/>
      <w:r>
        <w:t>[ ]</w:t>
      </w:r>
      <w:proofErr w:type="gramEnd"/>
      <w:r>
        <w:t xml:space="preserve"> </w:t>
      </w:r>
      <w:proofErr w:type="spellStart"/>
      <w:r>
        <w:t>Weitere</w:t>
      </w:r>
      <w:proofErr w:type="spellEnd"/>
      <w:r>
        <w:t>: ___________________________</w:t>
      </w:r>
    </w:p>
    <w:p w14:paraId="5D2BFA85" w14:textId="77777777" w:rsidR="00E218CB" w:rsidRDefault="00000000">
      <w:r>
        <w:t xml:space="preserve">C.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Empfänger</w:t>
      </w:r>
      <w:proofErr w:type="spellEnd"/>
      <w:r>
        <w:t xml:space="preserve"> Ihrer Daten</w:t>
      </w:r>
    </w:p>
    <w:p w14:paraId="7B36A578" w14:textId="77777777" w:rsidR="00E218CB" w:rsidRDefault="00000000">
      <w:r>
        <w:t xml:space="preserve">Eine </w:t>
      </w:r>
      <w:proofErr w:type="spellStart"/>
      <w:r>
        <w:t>Weitergabe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 an </w:t>
      </w:r>
      <w:proofErr w:type="spellStart"/>
      <w:r>
        <w:t>Dritte</w:t>
      </w:r>
      <w:proofErr w:type="spellEnd"/>
      <w:r>
        <w:t xml:space="preserve"> </w:t>
      </w:r>
      <w:proofErr w:type="spellStart"/>
      <w:r>
        <w:t>findet</w:t>
      </w:r>
      <w:proofErr w:type="spellEnd"/>
      <w:r>
        <w:t xml:space="preserve"> </w:t>
      </w:r>
      <w:proofErr w:type="spellStart"/>
      <w:r>
        <w:t>grundsätzlich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, </w:t>
      </w:r>
      <w:proofErr w:type="spellStart"/>
      <w:r>
        <w:t>wenn</w:t>
      </w:r>
      <w:proofErr w:type="spellEnd"/>
    </w:p>
    <w:p w14:paraId="7A76DA23" w14:textId="77777777" w:rsidR="00E218CB" w:rsidRDefault="00000000">
      <w:pPr>
        <w:pStyle w:val="Aufzhlungszeichen"/>
      </w:pPr>
      <w:r>
        <w:t xml:space="preserve">dies für die </w:t>
      </w:r>
      <w:proofErr w:type="spellStart"/>
      <w:r>
        <w:t>Durchführung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Vertrages</w:t>
      </w:r>
      <w:proofErr w:type="spellEnd"/>
      <w:r>
        <w:t xml:space="preserve"> mit Ihnen </w:t>
      </w:r>
      <w:proofErr w:type="spellStart"/>
      <w:r>
        <w:t>erforderlich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(z. B. Banken, </w:t>
      </w:r>
      <w:proofErr w:type="spellStart"/>
      <w:r>
        <w:t>Versanddienstleister</w:t>
      </w:r>
      <w:proofErr w:type="spellEnd"/>
      <w:r>
        <w:t>, Auftragsverarbeiter),</w:t>
      </w:r>
    </w:p>
    <w:p w14:paraId="3C9B6022" w14:textId="77777777" w:rsidR="00E218CB" w:rsidRDefault="00000000">
      <w:pPr>
        <w:pStyle w:val="Aufzhlungszeichen"/>
      </w:pPr>
      <w:r>
        <w:t xml:space="preserve">die </w:t>
      </w:r>
      <w:proofErr w:type="spellStart"/>
      <w:r>
        <w:t>Weitergabe</w:t>
      </w:r>
      <w:proofErr w:type="spellEnd"/>
      <w:r>
        <w:t xml:space="preserve"> auf Basis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Interessenabwägung</w:t>
      </w:r>
      <w:proofErr w:type="spellEnd"/>
      <w:r>
        <w:t xml:space="preserve"> im Sinne des Art. 6 Abs. 1 lit. f DSGVO </w:t>
      </w:r>
      <w:proofErr w:type="spellStart"/>
      <w:r>
        <w:t>zulässig</w:t>
      </w:r>
      <w:proofErr w:type="spellEnd"/>
      <w:r>
        <w:t xml:space="preserve"> </w:t>
      </w:r>
      <w:proofErr w:type="spellStart"/>
      <w:r>
        <w:t>ist</w:t>
      </w:r>
      <w:proofErr w:type="spellEnd"/>
      <w:r>
        <w:t>,</w:t>
      </w:r>
    </w:p>
    <w:p w14:paraId="2FC3D617" w14:textId="77777777" w:rsidR="00E218CB" w:rsidRDefault="00000000">
      <w:pPr>
        <w:pStyle w:val="Aufzhlungszeichen"/>
      </w:pPr>
      <w:r>
        <w:t xml:space="preserve">wir </w:t>
      </w:r>
      <w:proofErr w:type="spellStart"/>
      <w:r>
        <w:t>rechtlich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der </w:t>
      </w:r>
      <w:proofErr w:type="spellStart"/>
      <w:r>
        <w:t>Weitergabe</w:t>
      </w:r>
      <w:proofErr w:type="spellEnd"/>
      <w:r>
        <w:t xml:space="preserve"> </w:t>
      </w:r>
      <w:proofErr w:type="spellStart"/>
      <w:r>
        <w:t>verpflichtet</w:t>
      </w:r>
      <w:proofErr w:type="spellEnd"/>
      <w:r>
        <w:t xml:space="preserve"> sind (z. B. </w:t>
      </w:r>
      <w:proofErr w:type="spellStart"/>
      <w:r>
        <w:t>Behörden</w:t>
      </w:r>
      <w:proofErr w:type="spellEnd"/>
      <w:r>
        <w:t xml:space="preserve">, </w:t>
      </w:r>
      <w:proofErr w:type="spellStart"/>
      <w:r>
        <w:t>Gerichte</w:t>
      </w:r>
      <w:proofErr w:type="spellEnd"/>
      <w:r>
        <w:t xml:space="preserve">) </w:t>
      </w:r>
      <w:proofErr w:type="spellStart"/>
      <w:r>
        <w:t>oder</w:t>
      </w:r>
      <w:proofErr w:type="spellEnd"/>
    </w:p>
    <w:p w14:paraId="06F8ECC0" w14:textId="77777777" w:rsidR="00E218CB" w:rsidRDefault="00000000">
      <w:pPr>
        <w:pStyle w:val="Aufzhlungszeichen"/>
      </w:pPr>
      <w:r>
        <w:t xml:space="preserve">Sie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erteilt</w:t>
      </w:r>
      <w:proofErr w:type="spellEnd"/>
      <w:r>
        <w:t xml:space="preserve"> </w:t>
      </w:r>
      <w:proofErr w:type="spellStart"/>
      <w:r>
        <w:t>haben</w:t>
      </w:r>
      <w:proofErr w:type="spellEnd"/>
      <w:r>
        <w:t>.</w:t>
      </w:r>
    </w:p>
    <w:p w14:paraId="169F44AA" w14:textId="77777777" w:rsidR="00E218CB" w:rsidRDefault="00000000">
      <w:r>
        <w:t xml:space="preserve">D. Dauer der </w:t>
      </w:r>
      <w:proofErr w:type="spellStart"/>
      <w:r>
        <w:t>Datenspeicherung</w:t>
      </w:r>
      <w:proofErr w:type="spellEnd"/>
    </w:p>
    <w:p w14:paraId="7719E919" w14:textId="77777777" w:rsidR="00E218CB" w:rsidRDefault="00000000">
      <w:r>
        <w:lastRenderedPageBreak/>
        <w:t xml:space="preserve">Wir sind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Aufforderung</w:t>
      </w:r>
      <w:proofErr w:type="spellEnd"/>
      <w:r>
        <w:t xml:space="preserve"> zur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Daten in dem uns </w:t>
      </w:r>
      <w:proofErr w:type="spellStart"/>
      <w:r>
        <w:t>aktuell</w:t>
      </w:r>
      <w:proofErr w:type="spellEnd"/>
      <w:r>
        <w:t xml:space="preserve"> </w:t>
      </w:r>
      <w:proofErr w:type="spellStart"/>
      <w:r>
        <w:t>rechtlich</w:t>
      </w:r>
      <w:proofErr w:type="spellEnd"/>
      <w:r>
        <w:t xml:space="preserve"> </w:t>
      </w:r>
      <w:proofErr w:type="spellStart"/>
      <w:r>
        <w:t>möglichen</w:t>
      </w:r>
      <w:proofErr w:type="spellEnd"/>
      <w:r>
        <w:t xml:space="preserve"> Rahmen </w:t>
      </w:r>
      <w:proofErr w:type="spellStart"/>
      <w:r>
        <w:t>nachgekommen</w:t>
      </w:r>
      <w:proofErr w:type="spellEnd"/>
      <w:r>
        <w:t xml:space="preserve">.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vollständige</w:t>
      </w:r>
      <w:proofErr w:type="spellEnd"/>
      <w:r>
        <w:t xml:space="preserve"> </w:t>
      </w:r>
      <w:proofErr w:type="spellStart"/>
      <w:r>
        <w:t>Löschung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speichern</w:t>
      </w:r>
      <w:proofErr w:type="spellEnd"/>
      <w:r>
        <w:t xml:space="preserve"> wir </w:t>
      </w:r>
      <w:proofErr w:type="spellStart"/>
      <w:r>
        <w:t>Ihre</w:t>
      </w:r>
      <w:proofErr w:type="spellEnd"/>
      <w:r>
        <w:t xml:space="preserve"> Daten </w:t>
      </w:r>
      <w:proofErr w:type="spellStart"/>
      <w:r>
        <w:t>ausschließlich</w:t>
      </w:r>
      <w:proofErr w:type="spellEnd"/>
      <w:r>
        <w:t xml:space="preserve"> bis </w:t>
      </w:r>
      <w:proofErr w:type="spellStart"/>
      <w:r>
        <w:t>zum</w:t>
      </w:r>
      <w:proofErr w:type="spellEnd"/>
      <w:r>
        <w:t xml:space="preserve"> </w:t>
      </w:r>
      <w:proofErr w:type="spellStart"/>
      <w:r>
        <w:t>Ablauf</w:t>
      </w:r>
      <w:proofErr w:type="spellEnd"/>
      <w:r>
        <w:t xml:space="preserve"> der </w:t>
      </w:r>
      <w:proofErr w:type="spellStart"/>
      <w:r>
        <w:t>gesetzlichen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>.</w:t>
      </w:r>
    </w:p>
    <w:p w14:paraId="38105EE4" w14:textId="77777777" w:rsidR="00E218CB" w:rsidRDefault="00000000">
      <w:r>
        <w:t xml:space="preserve">Nach </w:t>
      </w:r>
      <w:proofErr w:type="spellStart"/>
      <w:r>
        <w:t>Ablauf</w:t>
      </w:r>
      <w:proofErr w:type="spellEnd"/>
      <w:r>
        <w:t xml:space="preserve"> der </w:t>
      </w:r>
      <w:proofErr w:type="spellStart"/>
      <w:r>
        <w:t>jeweiligen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 xml:space="preserve"> </w:t>
      </w:r>
      <w:proofErr w:type="spellStart"/>
      <w:r>
        <w:t>prüfen</w:t>
      </w:r>
      <w:proofErr w:type="spellEnd"/>
      <w:r>
        <w:t xml:space="preserve"> wir, </w:t>
      </w:r>
      <w:proofErr w:type="spellStart"/>
      <w:r>
        <w:t>ob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Erforderlichkeit</w:t>
      </w:r>
      <w:proofErr w:type="spellEnd"/>
      <w:r>
        <w:t xml:space="preserve"> für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vorliegt</w:t>
      </w:r>
      <w:proofErr w:type="spellEnd"/>
      <w:r>
        <w:t xml:space="preserve">. </w:t>
      </w:r>
      <w:proofErr w:type="spellStart"/>
      <w:r>
        <w:t>Liegt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Erforderlichkeit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die Daten </w:t>
      </w:r>
      <w:proofErr w:type="spellStart"/>
      <w:r>
        <w:t>gelöscht</w:t>
      </w:r>
      <w:proofErr w:type="spellEnd"/>
      <w:r>
        <w:t>.</w:t>
      </w:r>
    </w:p>
    <w:p w14:paraId="67151F93" w14:textId="77777777" w:rsidR="00E218CB" w:rsidRDefault="00000000">
      <w:proofErr w:type="spellStart"/>
      <w:r>
        <w:t>Grundsätzlich</w:t>
      </w:r>
      <w:proofErr w:type="spellEnd"/>
      <w:r>
        <w:t xml:space="preserve"> </w:t>
      </w:r>
      <w:proofErr w:type="spellStart"/>
      <w:r>
        <w:t>nehmen</w:t>
      </w:r>
      <w:proofErr w:type="spellEnd"/>
      <w:r>
        <w:t xml:space="preserve"> wir </w:t>
      </w:r>
      <w:proofErr w:type="spellStart"/>
      <w:r>
        <w:t>gegen</w:t>
      </w:r>
      <w:proofErr w:type="spellEnd"/>
      <w:r>
        <w:t xml:space="preserve"> Ende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Kalenderjahres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Prüfung</w:t>
      </w:r>
      <w:proofErr w:type="spellEnd"/>
      <w:r>
        <w:t xml:space="preserve"> von Daten im </w:t>
      </w:r>
      <w:proofErr w:type="spellStart"/>
      <w:r>
        <w:t>Hinblick</w:t>
      </w:r>
      <w:proofErr w:type="spellEnd"/>
      <w:r>
        <w:t xml:space="preserve"> auf das </w:t>
      </w:r>
      <w:proofErr w:type="spellStart"/>
      <w:r>
        <w:t>Erfordernis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weiteren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. </w:t>
      </w:r>
      <w:proofErr w:type="spellStart"/>
      <w:r>
        <w:t>Aufgrund</w:t>
      </w:r>
      <w:proofErr w:type="spellEnd"/>
      <w:r>
        <w:t xml:space="preserve"> der Menge der Daten </w:t>
      </w:r>
      <w:proofErr w:type="spellStart"/>
      <w:r>
        <w:t>erfolgt</w:t>
      </w:r>
      <w:proofErr w:type="spellEnd"/>
      <w:r>
        <w:t xml:space="preserve"> diese </w:t>
      </w:r>
      <w:proofErr w:type="spellStart"/>
      <w:r>
        <w:t>Prüfung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spezifischen</w:t>
      </w:r>
      <w:proofErr w:type="spellEnd"/>
      <w:r>
        <w:t xml:space="preserve"> </w:t>
      </w:r>
      <w:proofErr w:type="spellStart"/>
      <w:r>
        <w:t>Datenarten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Zwecken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>.</w:t>
      </w:r>
    </w:p>
    <w:p w14:paraId="306946EF" w14:textId="77777777" w:rsidR="00E218CB" w:rsidRDefault="00000000">
      <w:r>
        <w:t xml:space="preserve">E. </w:t>
      </w:r>
      <w:proofErr w:type="spellStart"/>
      <w:r>
        <w:t>Ihre</w:t>
      </w:r>
      <w:proofErr w:type="spellEnd"/>
      <w:r>
        <w:t xml:space="preserve"> Rechte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betroffene</w:t>
      </w:r>
      <w:proofErr w:type="spellEnd"/>
      <w:r>
        <w:t xml:space="preserve"> Person im Sinne des </w:t>
      </w:r>
      <w:proofErr w:type="spellStart"/>
      <w:r>
        <w:t>Datenschutzrechts</w:t>
      </w:r>
      <w:proofErr w:type="spellEnd"/>
    </w:p>
    <w:p w14:paraId="51D31451" w14:textId="77777777" w:rsidR="00E218CB" w:rsidRDefault="00000000">
      <w:r>
        <w:t xml:space="preserve">Ihnen </w:t>
      </w:r>
      <w:proofErr w:type="spellStart"/>
      <w:r>
        <w:t>stehen</w:t>
      </w:r>
      <w:proofErr w:type="spellEnd"/>
      <w:r>
        <w:t xml:space="preserve"> – im Rahmen der </w:t>
      </w:r>
      <w:proofErr w:type="spellStart"/>
      <w:r>
        <w:t>gesetzlichen</w:t>
      </w:r>
      <w:proofErr w:type="spellEnd"/>
      <w:r>
        <w:t xml:space="preserve"> </w:t>
      </w:r>
      <w:proofErr w:type="spellStart"/>
      <w:r>
        <w:t>Vorgaben</w:t>
      </w:r>
      <w:proofErr w:type="spellEnd"/>
      <w:r>
        <w:t xml:space="preserve"> –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folgende</w:t>
      </w:r>
      <w:proofErr w:type="spellEnd"/>
      <w:r>
        <w:t xml:space="preserve"> Rechte </w:t>
      </w:r>
      <w:proofErr w:type="spellStart"/>
      <w:r>
        <w:t>zu</w:t>
      </w:r>
      <w:proofErr w:type="spellEnd"/>
      <w:r>
        <w:t>:</w:t>
      </w:r>
    </w:p>
    <w:p w14:paraId="29BF4AEF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Auskunft</w:t>
      </w:r>
      <w:proofErr w:type="spellEnd"/>
      <w:r>
        <w:t xml:space="preserve"> zur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 (Art. 15 DSGVO)</w:t>
      </w:r>
    </w:p>
    <w:p w14:paraId="2AAA6EB2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Berichtigung</w:t>
      </w:r>
      <w:proofErr w:type="spellEnd"/>
      <w:r>
        <w:t xml:space="preserve"> </w:t>
      </w:r>
      <w:proofErr w:type="spellStart"/>
      <w:r>
        <w:t>unrichtiger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und auf </w:t>
      </w:r>
      <w:proofErr w:type="spellStart"/>
      <w:r>
        <w:t>Vervollständigung</w:t>
      </w:r>
      <w:proofErr w:type="spellEnd"/>
      <w:r>
        <w:t xml:space="preserve"> </w:t>
      </w:r>
      <w:proofErr w:type="spellStart"/>
      <w:r>
        <w:t>unvollständiger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(Art. 16 DSGVO)</w:t>
      </w:r>
    </w:p>
    <w:p w14:paraId="67655B28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Löschung</w:t>
      </w:r>
      <w:proofErr w:type="spellEnd"/>
      <w:r>
        <w:t xml:space="preserve"> („Recht auf </w:t>
      </w:r>
      <w:proofErr w:type="spellStart"/>
      <w:proofErr w:type="gramStart"/>
      <w:r>
        <w:t>Vergessenwerden</w:t>
      </w:r>
      <w:proofErr w:type="spellEnd"/>
      <w:r>
        <w:t>“</w:t>
      </w:r>
      <w:proofErr w:type="gramEnd"/>
      <w:r>
        <w:t xml:space="preserve">) </w:t>
      </w:r>
      <w:proofErr w:type="spellStart"/>
      <w:r>
        <w:t>personenbezogener</w:t>
      </w:r>
      <w:proofErr w:type="spellEnd"/>
      <w:r>
        <w:t xml:space="preserve"> Daten,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wenn</w:t>
      </w:r>
      <w:proofErr w:type="spellEnd"/>
      <w:r>
        <w:t xml:space="preserve"> die Daten für die </w:t>
      </w:r>
      <w:proofErr w:type="spellStart"/>
      <w:r>
        <w:t>Zwecke</w:t>
      </w:r>
      <w:proofErr w:type="spellEnd"/>
      <w:r>
        <w:t xml:space="preserve">, für die </w:t>
      </w:r>
      <w:proofErr w:type="spellStart"/>
      <w:r>
        <w:t>sie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,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notwendig</w:t>
      </w:r>
      <w:proofErr w:type="spellEnd"/>
      <w:r>
        <w:t xml:space="preserve"> sind </w:t>
      </w:r>
      <w:proofErr w:type="spellStart"/>
      <w:r>
        <w:t>oder</w:t>
      </w:r>
      <w:proofErr w:type="spellEnd"/>
      <w:r>
        <w:t xml:space="preserve"> Sie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widerrufen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(Art. 17 DSGVO)</w:t>
      </w:r>
    </w:p>
    <w:p w14:paraId="36670C16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 (</w:t>
      </w:r>
      <w:proofErr w:type="spellStart"/>
      <w:r>
        <w:t>Sperrung</w:t>
      </w:r>
      <w:proofErr w:type="spellEnd"/>
      <w:r>
        <w:t xml:space="preserve">),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Richtigkeit</w:t>
      </w:r>
      <w:proofErr w:type="spellEnd"/>
      <w:r>
        <w:t xml:space="preserve"> der </w:t>
      </w:r>
      <w:proofErr w:type="spellStart"/>
      <w:r>
        <w:t>personenbezogenen</w:t>
      </w:r>
      <w:proofErr w:type="spellEnd"/>
      <w:r>
        <w:t xml:space="preserve"> Daten von Ihnen </w:t>
      </w:r>
      <w:proofErr w:type="spellStart"/>
      <w:r>
        <w:t>bestritten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für die Dauer der </w:t>
      </w:r>
      <w:proofErr w:type="spellStart"/>
      <w:r>
        <w:t>Prüfung</w:t>
      </w:r>
      <w:proofErr w:type="spellEnd"/>
      <w:r>
        <w:t xml:space="preserve"> (Art. 18 DSGVO)</w:t>
      </w:r>
    </w:p>
    <w:p w14:paraId="2A4779D1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Datenübertragbarkeit</w:t>
      </w:r>
      <w:proofErr w:type="spellEnd"/>
      <w:r>
        <w:t xml:space="preserve"> (Art. 20 DSGVO): Sie </w:t>
      </w:r>
      <w:proofErr w:type="spellStart"/>
      <w:r>
        <w:t>haben</w:t>
      </w:r>
      <w:proofErr w:type="spellEnd"/>
      <w:r>
        <w:t xml:space="preserve"> das Recht, die Sie </w:t>
      </w:r>
      <w:proofErr w:type="spellStart"/>
      <w:r>
        <w:t>betreffenden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Daten, die Sie uns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strukturierten</w:t>
      </w:r>
      <w:proofErr w:type="spellEnd"/>
      <w:r>
        <w:t xml:space="preserve">, </w:t>
      </w:r>
      <w:proofErr w:type="spellStart"/>
      <w:r>
        <w:t>gängigen</w:t>
      </w:r>
      <w:proofErr w:type="spellEnd"/>
      <w:r>
        <w:t xml:space="preserve"> und </w:t>
      </w:r>
      <w:proofErr w:type="spellStart"/>
      <w:r>
        <w:t>maschinenlesbaren</w:t>
      </w:r>
      <w:proofErr w:type="spellEnd"/>
      <w:r>
        <w:t xml:space="preserve"> Format </w:t>
      </w:r>
      <w:proofErr w:type="spellStart"/>
      <w:r>
        <w:t>zu</w:t>
      </w:r>
      <w:proofErr w:type="spellEnd"/>
      <w:r>
        <w:t xml:space="preserve"> erhalten und diese Daten </w:t>
      </w:r>
      <w:proofErr w:type="spellStart"/>
      <w:r>
        <w:t>einem</w:t>
      </w:r>
      <w:proofErr w:type="spellEnd"/>
      <w:r>
        <w:t xml:space="preserve"> anderen </w:t>
      </w:r>
      <w:proofErr w:type="spellStart"/>
      <w:r>
        <w:t>Verantwortlichen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übermitteln</w:t>
      </w:r>
      <w:proofErr w:type="spellEnd"/>
      <w:r>
        <w:t xml:space="preserve">, </w:t>
      </w:r>
      <w:proofErr w:type="spellStart"/>
      <w:r>
        <w:t>sofern</w:t>
      </w:r>
      <w:proofErr w:type="spellEnd"/>
      <w:r>
        <w:t xml:space="preserve"> die </w:t>
      </w:r>
      <w:proofErr w:type="spellStart"/>
      <w:r>
        <w:t>Verarbeitung</w:t>
      </w:r>
      <w:proofErr w:type="spellEnd"/>
      <w:r>
        <w:t xml:space="preserve"> auf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Vertrag</w:t>
      </w:r>
      <w:proofErr w:type="spellEnd"/>
      <w:r>
        <w:t xml:space="preserve"> </w:t>
      </w:r>
      <w:proofErr w:type="spellStart"/>
      <w:r>
        <w:t>beruht</w:t>
      </w:r>
      <w:proofErr w:type="spellEnd"/>
      <w:r>
        <w:t xml:space="preserve"> und </w:t>
      </w:r>
      <w:proofErr w:type="spellStart"/>
      <w:r>
        <w:t>mithilfe</w:t>
      </w:r>
      <w:proofErr w:type="spellEnd"/>
      <w:r>
        <w:t xml:space="preserve"> </w:t>
      </w:r>
      <w:proofErr w:type="spellStart"/>
      <w:r>
        <w:t>automatisierter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 </w:t>
      </w:r>
      <w:proofErr w:type="spellStart"/>
      <w:r>
        <w:t>erfolgt</w:t>
      </w:r>
      <w:proofErr w:type="spellEnd"/>
      <w:r>
        <w:t>.</w:t>
      </w:r>
    </w:p>
    <w:p w14:paraId="131907E4" w14:textId="77777777" w:rsidR="00E218CB" w:rsidRDefault="00000000">
      <w:pPr>
        <w:pStyle w:val="Aufzhlungszeichen"/>
      </w:pPr>
      <w:r>
        <w:t xml:space="preserve">Recht auf </w:t>
      </w:r>
      <w:proofErr w:type="spellStart"/>
      <w:r>
        <w:t>Widerspruch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Zwecken</w:t>
      </w:r>
      <w:proofErr w:type="spellEnd"/>
      <w:r>
        <w:t xml:space="preserve"> der </w:t>
      </w:r>
      <w:proofErr w:type="spellStart"/>
      <w:r>
        <w:t>Direktwerbung</w:t>
      </w:r>
      <w:proofErr w:type="spellEnd"/>
      <w:r>
        <w:t xml:space="preserve"> (Art. 21 DSGVO)</w:t>
      </w:r>
    </w:p>
    <w:p w14:paraId="42507BD0" w14:textId="77777777" w:rsidR="00E218CB" w:rsidRDefault="00000000">
      <w:pPr>
        <w:pStyle w:val="Aufzhlungszeichen"/>
      </w:pPr>
      <w:r>
        <w:t xml:space="preserve">Recht,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ausschließlich</w:t>
      </w:r>
      <w:proofErr w:type="spellEnd"/>
      <w:r>
        <w:t xml:space="preserve"> auf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automatisierten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– </w:t>
      </w:r>
      <w:proofErr w:type="spellStart"/>
      <w:r>
        <w:t>einschließlich</w:t>
      </w:r>
      <w:proofErr w:type="spellEnd"/>
      <w:r>
        <w:t xml:space="preserve"> Profiling – </w:t>
      </w:r>
      <w:proofErr w:type="spellStart"/>
      <w:r>
        <w:t>beruhenden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 </w:t>
      </w:r>
      <w:proofErr w:type="spellStart"/>
      <w:r>
        <w:t>unterworfen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die Ihnen </w:t>
      </w:r>
      <w:proofErr w:type="spellStart"/>
      <w:r>
        <w:t>gegenüber</w:t>
      </w:r>
      <w:proofErr w:type="spellEnd"/>
      <w:r>
        <w:t xml:space="preserve"> </w:t>
      </w:r>
      <w:proofErr w:type="spellStart"/>
      <w:r>
        <w:t>rechtliche</w:t>
      </w:r>
      <w:proofErr w:type="spellEnd"/>
      <w:r>
        <w:t xml:space="preserve"> </w:t>
      </w:r>
      <w:proofErr w:type="spellStart"/>
      <w:r>
        <w:t>Wirkung</w:t>
      </w:r>
      <w:proofErr w:type="spellEnd"/>
      <w:r>
        <w:t xml:space="preserve"> </w:t>
      </w:r>
      <w:proofErr w:type="spellStart"/>
      <w:r>
        <w:t>entfaltet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Sie in </w:t>
      </w:r>
      <w:proofErr w:type="spellStart"/>
      <w:r>
        <w:t>ähnlicher</w:t>
      </w:r>
      <w:proofErr w:type="spellEnd"/>
      <w:r>
        <w:t xml:space="preserve"> Weise </w:t>
      </w:r>
      <w:proofErr w:type="spellStart"/>
      <w:r>
        <w:t>erheblich</w:t>
      </w:r>
      <w:proofErr w:type="spellEnd"/>
      <w:r>
        <w:t xml:space="preserve"> </w:t>
      </w:r>
      <w:proofErr w:type="spellStart"/>
      <w:r>
        <w:t>beeinträchtigt</w:t>
      </w:r>
      <w:proofErr w:type="spellEnd"/>
      <w:r>
        <w:t xml:space="preserve"> (Art. 22 DSGVO), </w:t>
      </w:r>
      <w:proofErr w:type="spellStart"/>
      <w:r>
        <w:t>vorbehaltlich</w:t>
      </w:r>
      <w:proofErr w:type="spellEnd"/>
      <w:r>
        <w:t xml:space="preserve"> der </w:t>
      </w:r>
      <w:proofErr w:type="spellStart"/>
      <w:r>
        <w:t>gesetzlichen</w:t>
      </w:r>
      <w:proofErr w:type="spellEnd"/>
      <w:r>
        <w:t xml:space="preserve"> </w:t>
      </w:r>
      <w:proofErr w:type="spellStart"/>
      <w:r>
        <w:t>Ausnahmen</w:t>
      </w:r>
      <w:proofErr w:type="spellEnd"/>
      <w:r>
        <w:t>.</w:t>
      </w:r>
    </w:p>
    <w:p w14:paraId="24AAA711" w14:textId="77777777" w:rsidR="00E218CB" w:rsidRDefault="00000000">
      <w:r>
        <w:t xml:space="preserve">F. </w:t>
      </w:r>
      <w:proofErr w:type="spellStart"/>
      <w:r>
        <w:t>Beschwerderecht</w:t>
      </w:r>
      <w:proofErr w:type="spellEnd"/>
    </w:p>
    <w:p w14:paraId="41D7FC1C" w14:textId="77777777" w:rsidR="00E218CB" w:rsidRDefault="00000000">
      <w:r>
        <w:t xml:space="preserve">Sie </w:t>
      </w:r>
      <w:proofErr w:type="spellStart"/>
      <w:r>
        <w:t>haben</w:t>
      </w:r>
      <w:proofErr w:type="spellEnd"/>
      <w:r>
        <w:t xml:space="preserve"> das Recht, </w:t>
      </w:r>
      <w:proofErr w:type="spellStart"/>
      <w:r>
        <w:t>sich</w:t>
      </w:r>
      <w:proofErr w:type="spellEnd"/>
      <w:r>
        <w:t xml:space="preserve"> über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durch</w:t>
      </w:r>
      <w:proofErr w:type="spellEnd"/>
      <w:r>
        <w:t xml:space="preserve"> uns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Aufsichtsbehörde</w:t>
      </w:r>
      <w:proofErr w:type="spellEnd"/>
      <w:r>
        <w:t xml:space="preserve"> für den Datenschutz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beschweren</w:t>
      </w:r>
      <w:proofErr w:type="spellEnd"/>
      <w:r>
        <w:t xml:space="preserve">. Eine </w:t>
      </w:r>
      <w:proofErr w:type="spellStart"/>
      <w:r>
        <w:t>Übersicht</w:t>
      </w:r>
      <w:proofErr w:type="spellEnd"/>
      <w:r>
        <w:t xml:space="preserve"> der </w:t>
      </w:r>
      <w:proofErr w:type="spellStart"/>
      <w:r>
        <w:t>Datenschutzaufsichtsbehörden</w:t>
      </w:r>
      <w:proofErr w:type="spellEnd"/>
      <w:r>
        <w:t xml:space="preserve"> und </w:t>
      </w:r>
      <w:proofErr w:type="spellStart"/>
      <w:r>
        <w:t>deren</w:t>
      </w:r>
      <w:proofErr w:type="spellEnd"/>
      <w:r>
        <w:t xml:space="preserve"> </w:t>
      </w:r>
      <w:proofErr w:type="spellStart"/>
      <w:r>
        <w:t>Kontaktdaten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 Sie z. B. </w:t>
      </w:r>
      <w:proofErr w:type="spellStart"/>
      <w:r>
        <w:t>unter</w:t>
      </w:r>
      <w:proofErr w:type="spellEnd"/>
      <w:r>
        <w:t xml:space="preserve"> www.bfdi.bund.de.</w:t>
      </w:r>
    </w:p>
    <w:p w14:paraId="15EF9C36" w14:textId="77777777" w:rsidR="00E218CB" w:rsidRDefault="00000000">
      <w:r>
        <w:t xml:space="preserve">G. Ort der </w:t>
      </w:r>
      <w:proofErr w:type="spellStart"/>
      <w:r>
        <w:t>Datenverarbeitung</w:t>
      </w:r>
      <w:proofErr w:type="spellEnd"/>
    </w:p>
    <w:p w14:paraId="24487585" w14:textId="77777777" w:rsidR="00E218CB" w:rsidRDefault="00000000">
      <w:r>
        <w:t xml:space="preserve">Im Rahmen der </w:t>
      </w:r>
      <w:proofErr w:type="spellStart"/>
      <w:r>
        <w:t>gesetzlichen</w:t>
      </w:r>
      <w:proofErr w:type="spellEnd"/>
      <w:r>
        <w:t xml:space="preserve"> </w:t>
      </w:r>
      <w:proofErr w:type="spellStart"/>
      <w:r>
        <w:t>Aufbewahrungsfristen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Daten </w:t>
      </w:r>
      <w:proofErr w:type="spellStart"/>
      <w:r>
        <w:t>grundsätzlich</w:t>
      </w:r>
      <w:proofErr w:type="spellEnd"/>
      <w:r>
        <w:t xml:space="preserve"> </w:t>
      </w:r>
      <w:proofErr w:type="spellStart"/>
      <w:r>
        <w:t>innerhalb</w:t>
      </w:r>
      <w:proofErr w:type="spellEnd"/>
      <w:r>
        <w:t xml:space="preserve"> der </w:t>
      </w:r>
      <w:proofErr w:type="spellStart"/>
      <w:r>
        <w:t>Europäischen</w:t>
      </w:r>
      <w:proofErr w:type="spellEnd"/>
      <w:r>
        <w:t xml:space="preserve"> Union </w:t>
      </w:r>
      <w:proofErr w:type="spellStart"/>
      <w:r>
        <w:t>bzw</w:t>
      </w:r>
      <w:proofErr w:type="spellEnd"/>
      <w:r>
        <w:t xml:space="preserve">. des </w:t>
      </w:r>
      <w:proofErr w:type="spellStart"/>
      <w:r>
        <w:t>Europäischen</w:t>
      </w:r>
      <w:proofErr w:type="spellEnd"/>
      <w:r>
        <w:t xml:space="preserve"> </w:t>
      </w:r>
      <w:proofErr w:type="spellStart"/>
      <w:r>
        <w:t>Wirtschaftsraums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 xml:space="preserve">. </w:t>
      </w:r>
      <w:proofErr w:type="spellStart"/>
      <w:r>
        <w:lastRenderedPageBreak/>
        <w:t>Sollte</w:t>
      </w:r>
      <w:proofErr w:type="spellEnd"/>
      <w:r>
        <w:t xml:space="preserve"> im </w:t>
      </w:r>
      <w:proofErr w:type="spellStart"/>
      <w:r>
        <w:t>Einzelfall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Drittland</w:t>
      </w:r>
      <w:proofErr w:type="spellEnd"/>
      <w:r>
        <w:t xml:space="preserve"> </w:t>
      </w:r>
      <w:proofErr w:type="spellStart"/>
      <w:r>
        <w:t>erfolgen</w:t>
      </w:r>
      <w:proofErr w:type="spellEnd"/>
      <w:r>
        <w:t xml:space="preserve">, </w:t>
      </w:r>
      <w:proofErr w:type="spellStart"/>
      <w:r>
        <w:t>stellen</w:t>
      </w:r>
      <w:proofErr w:type="spellEnd"/>
      <w:r>
        <w:t xml:space="preserve"> wir </w:t>
      </w:r>
      <w:proofErr w:type="spellStart"/>
      <w:r>
        <w:t>sicher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Vorgaben</w:t>
      </w:r>
      <w:proofErr w:type="spellEnd"/>
      <w:r>
        <w:t xml:space="preserve"> der Art. 44 ff. DSGVO </w:t>
      </w:r>
      <w:proofErr w:type="spellStart"/>
      <w:r>
        <w:t>eingehalten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14:paraId="0AD1481C" w14:textId="77777777" w:rsidR="00E218CB" w:rsidRDefault="00000000">
      <w:r>
        <w:t xml:space="preserve">H. </w:t>
      </w:r>
      <w:proofErr w:type="spellStart"/>
      <w:r>
        <w:t>Datenschutzbeauftragter</w:t>
      </w:r>
      <w:proofErr w:type="spellEnd"/>
    </w:p>
    <w:p w14:paraId="19C81704" w14:textId="77777777" w:rsidR="00E218CB" w:rsidRDefault="00000000">
      <w:r>
        <w:t xml:space="preserve">Wir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Datenschutzbeauftragten</w:t>
      </w:r>
      <w:proofErr w:type="spellEnd"/>
      <w:r>
        <w:t xml:space="preserve"> in </w:t>
      </w:r>
      <w:proofErr w:type="spellStart"/>
      <w:r>
        <w:t>unserem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benannt</w:t>
      </w:r>
      <w:proofErr w:type="spellEnd"/>
      <w:r>
        <w:t xml:space="preserve">. Sie </w:t>
      </w:r>
      <w:proofErr w:type="spellStart"/>
      <w:r>
        <w:t>erreichen</w:t>
      </w:r>
      <w:proofErr w:type="spellEnd"/>
      <w:r>
        <w:t xml:space="preserve"> diese/n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folgenden</w:t>
      </w:r>
      <w:proofErr w:type="spellEnd"/>
      <w:r>
        <w:t xml:space="preserve"> Kontaktmöglichkeiten:</w:t>
      </w:r>
    </w:p>
    <w:p w14:paraId="2C27BAD0" w14:textId="77777777" w:rsidR="00E218CB" w:rsidRDefault="00000000">
      <w:r>
        <w:t>[DATENSCHUTZBEAUFTRAGTE/R]</w:t>
      </w:r>
      <w:r>
        <w:br/>
        <w:t>[ANSCHRIFT_DSB]</w:t>
      </w:r>
      <w:r>
        <w:br/>
      </w:r>
      <w:proofErr w:type="spellStart"/>
      <w:r>
        <w:t>Telefon</w:t>
      </w:r>
      <w:proofErr w:type="spellEnd"/>
      <w:r>
        <w:t>: [TELEFON_DSB]</w:t>
      </w:r>
      <w:r>
        <w:br/>
        <w:t>E-Mail: [KONTAKT_DSB_MAIL]</w:t>
      </w:r>
    </w:p>
    <w:p w14:paraId="0B36868C" w14:textId="77777777" w:rsidR="00E218CB" w:rsidRDefault="00000000">
      <w:r>
        <w:t xml:space="preserve">I. </w:t>
      </w:r>
      <w:proofErr w:type="spellStart"/>
      <w:r>
        <w:t>Rechtsgrundlagen</w:t>
      </w:r>
      <w:proofErr w:type="spellEnd"/>
      <w:r>
        <w:t xml:space="preserve"> für die </w:t>
      </w:r>
      <w:proofErr w:type="spellStart"/>
      <w:r>
        <w:t>Datenverarbeitung</w:t>
      </w:r>
      <w:proofErr w:type="spellEnd"/>
    </w:p>
    <w:p w14:paraId="45D45930" w14:textId="77777777" w:rsidR="00E218CB" w:rsidRDefault="00000000">
      <w:proofErr w:type="spellStart"/>
      <w:r>
        <w:t>Soweit</w:t>
      </w:r>
      <w:proofErr w:type="spellEnd"/>
      <w:r>
        <w:t xml:space="preserve"> wir </w:t>
      </w:r>
      <w:proofErr w:type="spellStart"/>
      <w:r>
        <w:t>Ihre</w:t>
      </w:r>
      <w:proofErr w:type="spellEnd"/>
      <w:r>
        <w:t xml:space="preserve"> Daten </w:t>
      </w:r>
      <w:proofErr w:type="spellStart"/>
      <w:r>
        <w:t>aufgrund</w:t>
      </w:r>
      <w:proofErr w:type="spellEnd"/>
      <w:r>
        <w:t xml:space="preserve">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 xml:space="preserve">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Sperrvermerk</w:t>
      </w:r>
      <w:proofErr w:type="spellEnd"/>
      <w:r>
        <w:t xml:space="preserve"> </w:t>
      </w:r>
      <w:proofErr w:type="spellStart"/>
      <w:r>
        <w:t>speichern</w:t>
      </w:r>
      <w:proofErr w:type="spellEnd"/>
      <w:r>
        <w:t xml:space="preserve">, </w:t>
      </w:r>
      <w:proofErr w:type="spellStart"/>
      <w:r>
        <w:t>erfolgt</w:t>
      </w:r>
      <w:proofErr w:type="spellEnd"/>
      <w:r>
        <w:t xml:space="preserve"> die </w:t>
      </w:r>
      <w:proofErr w:type="spellStart"/>
      <w:r>
        <w:t>Verarbeitung</w:t>
      </w:r>
      <w:proofErr w:type="spellEnd"/>
      <w:r>
        <w:t xml:space="preserve"> auf </w:t>
      </w:r>
      <w:proofErr w:type="spellStart"/>
      <w:r>
        <w:t>Grundlage</w:t>
      </w:r>
      <w:proofErr w:type="spellEnd"/>
      <w:r>
        <w:t xml:space="preserve"> von Art. 6 Abs. 1 lit. c DSGVO (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rechtlicher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>).</w:t>
      </w:r>
    </w:p>
    <w:p w14:paraId="7E6E6658" w14:textId="77777777" w:rsidR="00E218CB" w:rsidRDefault="00000000">
      <w:proofErr w:type="spellStart"/>
      <w:r>
        <w:t>Soweit</w:t>
      </w:r>
      <w:proofErr w:type="spellEnd"/>
      <w:r>
        <w:t xml:space="preserve"> wir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Anfrage</w:t>
      </w:r>
      <w:proofErr w:type="spellEnd"/>
      <w:r>
        <w:t xml:space="preserve"> zur </w:t>
      </w:r>
      <w:proofErr w:type="spellStart"/>
      <w:r>
        <w:t>Datenlöschung</w:t>
      </w:r>
      <w:proofErr w:type="spellEnd"/>
      <w:r>
        <w:t xml:space="preserve"> und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Antwortschreiben</w:t>
      </w:r>
      <w:proofErr w:type="spellEnd"/>
      <w:r>
        <w:t xml:space="preserve"> zur </w:t>
      </w:r>
      <w:proofErr w:type="spellStart"/>
      <w:r>
        <w:t>Dokumentation</w:t>
      </w:r>
      <w:proofErr w:type="spellEnd"/>
      <w:r>
        <w:t xml:space="preserve"> des </w:t>
      </w:r>
      <w:proofErr w:type="spellStart"/>
      <w:r>
        <w:t>Vorgangs</w:t>
      </w:r>
      <w:proofErr w:type="spellEnd"/>
      <w:r>
        <w:t xml:space="preserve"> für ein Jahr </w:t>
      </w:r>
      <w:proofErr w:type="spellStart"/>
      <w:r>
        <w:t>speichern</w:t>
      </w:r>
      <w:proofErr w:type="spellEnd"/>
      <w:r>
        <w:t xml:space="preserve">, </w:t>
      </w:r>
      <w:proofErr w:type="spellStart"/>
      <w:r>
        <w:t>erfolgt</w:t>
      </w:r>
      <w:proofErr w:type="spellEnd"/>
      <w:r>
        <w:t xml:space="preserve"> dies auf </w:t>
      </w:r>
      <w:proofErr w:type="spellStart"/>
      <w:r>
        <w:t>Grundlage</w:t>
      </w:r>
      <w:proofErr w:type="spellEnd"/>
      <w:r>
        <w:t xml:space="preserve"> von Art. 6 Abs. 1 lit. f DSGVO (</w:t>
      </w:r>
      <w:proofErr w:type="spellStart"/>
      <w:r>
        <w:t>berechtigtes</w:t>
      </w:r>
      <w:proofErr w:type="spellEnd"/>
      <w:r>
        <w:t xml:space="preserve"> Interesse an der </w:t>
      </w:r>
      <w:proofErr w:type="spellStart"/>
      <w:r>
        <w:t>Nachweisbarkeit</w:t>
      </w:r>
      <w:proofErr w:type="spellEnd"/>
      <w:r>
        <w:t xml:space="preserve"> der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datenschutzrechtlicher</w:t>
      </w:r>
      <w:proofErr w:type="spellEnd"/>
      <w:r>
        <w:t xml:space="preserve"> </w:t>
      </w:r>
      <w:proofErr w:type="spellStart"/>
      <w:r>
        <w:t>Pflichten</w:t>
      </w:r>
      <w:proofErr w:type="spellEnd"/>
      <w:r>
        <w:t>).</w:t>
      </w:r>
    </w:p>
    <w:p w14:paraId="6C592AFD" w14:textId="77777777" w:rsidR="00E218CB" w:rsidRDefault="00E218CB">
      <w:pPr>
        <w:pBdr>
          <w:bottom w:val="single" w:sz="6" w:space="1" w:color="auto"/>
        </w:pBdr>
      </w:pPr>
    </w:p>
    <w:p w14:paraId="33D310D7" w14:textId="77777777" w:rsidR="00E218CB" w:rsidRDefault="00000000">
      <w:r>
        <w:t>Stand: 07.07.2026</w:t>
      </w:r>
    </w:p>
    <w:sectPr w:rsidR="00E218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0961690">
    <w:abstractNumId w:val="8"/>
  </w:num>
  <w:num w:numId="2" w16cid:durableId="733889861">
    <w:abstractNumId w:val="6"/>
  </w:num>
  <w:num w:numId="3" w16cid:durableId="1015300673">
    <w:abstractNumId w:val="5"/>
  </w:num>
  <w:num w:numId="4" w16cid:durableId="2030792088">
    <w:abstractNumId w:val="4"/>
  </w:num>
  <w:num w:numId="5" w16cid:durableId="159935027">
    <w:abstractNumId w:val="7"/>
  </w:num>
  <w:num w:numId="6" w16cid:durableId="2065374234">
    <w:abstractNumId w:val="3"/>
  </w:num>
  <w:num w:numId="7" w16cid:durableId="1906187093">
    <w:abstractNumId w:val="2"/>
  </w:num>
  <w:num w:numId="8" w16cid:durableId="134184899">
    <w:abstractNumId w:val="1"/>
  </w:num>
  <w:num w:numId="9" w16cid:durableId="200234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E6F"/>
    <w:rsid w:val="0015074B"/>
    <w:rsid w:val="0029639D"/>
    <w:rsid w:val="00326F90"/>
    <w:rsid w:val="00567A84"/>
    <w:rsid w:val="005A337A"/>
    <w:rsid w:val="005F47A1"/>
    <w:rsid w:val="006A0C25"/>
    <w:rsid w:val="009E3D60"/>
    <w:rsid w:val="00A02445"/>
    <w:rsid w:val="00AA1D8D"/>
    <w:rsid w:val="00AB64DB"/>
    <w:rsid w:val="00B47730"/>
    <w:rsid w:val="00B64C45"/>
    <w:rsid w:val="00CB0664"/>
    <w:rsid w:val="00E218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51343"/>
  <w14:defaultImageDpi w14:val="300"/>
  <w15:docId w15:val="{21CC0492-E146-4AB7-B29F-59B306D4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4DB"/>
  </w:style>
  <w:style w:type="paragraph" w:styleId="berschrift1">
    <w:name w:val="heading 1"/>
    <w:basedOn w:val="Standard"/>
    <w:next w:val="Standard"/>
    <w:link w:val="berschrift1Zchn"/>
    <w:uiPriority w:val="9"/>
    <w:qFormat/>
    <w:rsid w:val="00AB6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6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64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64DB"/>
    <w:pPr>
      <w:keepNext/>
      <w:keepLines/>
      <w:spacing w:before="40" w:after="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64D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64DB"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64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64D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64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AB64DB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B64D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64D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AB6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64D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64D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64DB"/>
    <w:rPr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AB64D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4DB"/>
    <w:rPr>
      <w:i/>
      <w:iCs/>
      <w:color w:val="404040" w:themeColor="text1" w:themeTint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64DB"/>
    <w:rPr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64DB"/>
    <w:rPr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64DB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64DB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64DB"/>
    <w:rPr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64D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B64D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AB64DB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AB64DB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64D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64DB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B64D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B64DB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AB64DB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AB64DB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AB64DB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B64DB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Henning Wehming</cp:lastModifiedBy>
  <cp:revision>5</cp:revision>
  <dcterms:created xsi:type="dcterms:W3CDTF">2013-12-23T23:15:00Z</dcterms:created>
  <dcterms:modified xsi:type="dcterms:W3CDTF">2026-07-07T17:09:00Z</dcterms:modified>
  <cp:category/>
</cp:coreProperties>
</file>