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Bestellung zum Informationssicherheitsbeauftragten (ISB)</w:t>
      </w:r>
    </w:p>
    <w:p>
      <w:r/>
      <w:r>
        <w:rPr>
          <w:b/>
        </w:rPr>
        <w:t>Bestellung zum Informationssicherheitsbeauftragten (ISB)</w:t>
      </w:r>
      <w:r/>
    </w:p>
    <w:p>
      <w:r>
        <w:t>Hiermit wird</w:t>
      </w:r>
    </w:p>
    <w:p>
      <w:r/>
      <w:r>
        <w:rPr>
          <w:b/>
        </w:rPr>
        <w:t>[Name der Person]</w:t>
      </w:r>
      <w:r/>
      <w:r>
        <w:br/>
      </w:r>
      <w:r>
        <w:t>[ggf. Funktion im Unternehmen]</w:t>
      </w:r>
    </w:p>
    <w:p>
      <w:r>
        <w:t>mit Wirkung zum [Datum der Wirksamkeit] zum Informationssicherheitsbeauftragten (ISB) in unserem Unternehmen bestellt.</w:t>
      </w:r>
    </w:p>
    <w:p>
      <w:r>
        <w:t>Als ISB besitzen Sie eine unabhängige und organisatorisch herausgehobene Stellung. Sie sind direkt der Unternehmensleitung unterstellt und berichten an diese. Die Unternehmensleitung trägt weiterhin die Gesamtverantwortung für alle Belange der Informationssicherheit.</w:t>
      </w:r>
    </w:p>
    <w:p>
      <w:r>
        <w:t>Als ISB verfügen Sie über ausreichendes Wissen auf dem Gebiet der Informationssicherheit und der Informationstechnologie. Wir stellen Ihnen angemessene Ressourcen zur Erfüllung Ihrer Aufgaben zur Verfügung und ermöglichen zudem die erforderliche Fortbildung in einem angemessenen Umfang.</w:t>
      </w:r>
    </w:p>
    <w:p>
      <w:r>
        <w:t>Sie sollen in Ihrer Funktion maßgeblich dazu beitragen, dass die Vertraulichkeit, Integrität und Verfügbarkeit von schützenswerten Informationen in unserem Unternehmen dauerhaft gewährleistet werden kann. Soweit personenbezogene Daten betroffen sind, unterstützen Sie die Umsetzung geeigneter technischer und organisatorischer Maßnahmen gemäß Art. 32 Datenschutz-Grundverordnung (DSGVO) in Abstimmung mit der Unternehmensleitung und dem/der Datenschutzbeauftragten.</w:t>
      </w:r>
    </w:p>
    <w:p>
      <w:r>
        <w:t>Ihre Aufgaben sind insbesondere:</w:t>
      </w:r>
    </w:p>
    <w:p>
      <w:pPr>
        <w:pStyle w:val="ListBullet"/>
        <w:numPr>
          <w:ilvl w:val="0"/>
          <w:numId w:val="1"/>
        </w:numPr>
      </w:pPr>
      <w:r>
        <w:t>Abstimmung von Informationssicherheitszielen mit der Unternehmensleitung</w:t>
      </w:r>
    </w:p>
    <w:p>
      <w:pPr>
        <w:pStyle w:val="ListBullet"/>
        <w:numPr>
          <w:ilvl w:val="0"/>
          <w:numId w:val="1"/>
        </w:numPr>
      </w:pPr>
      <w:r>
        <w:t>Koordinierung und Planung der Informationssicherheit in Kooperation mit der IT-Leitung und dem/der Datenschutzbeauftragten</w:t>
      </w:r>
    </w:p>
    <w:p>
      <w:pPr>
        <w:pStyle w:val="ListBullet"/>
        <w:numPr>
          <w:ilvl w:val="0"/>
          <w:numId w:val="1"/>
        </w:numPr>
      </w:pPr>
      <w:r>
        <w:t>Erstellung und Pflege von Richtlinien und Regelungen zur Informationssicherheit im Unternehmen</w:t>
      </w:r>
    </w:p>
    <w:p>
      <w:pPr>
        <w:pStyle w:val="ListBullet"/>
        <w:numPr>
          <w:ilvl w:val="0"/>
          <w:numId w:val="1"/>
        </w:numPr>
      </w:pPr>
      <w:r>
        <w:t>Beratung der Unternehmensleitung in Fragen der Informationssicherheit</w:t>
      </w:r>
    </w:p>
    <w:p>
      <w:pPr>
        <w:pStyle w:val="ListBullet"/>
        <w:numPr>
          <w:ilvl w:val="0"/>
          <w:numId w:val="1"/>
        </w:numPr>
      </w:pPr>
      <w:r>
        <w:t>Dokumentation von Informationssicherheitsmaßnahmen</w:t>
      </w:r>
    </w:p>
    <w:p>
      <w:pPr>
        <w:pStyle w:val="ListBullet"/>
        <w:numPr>
          <w:ilvl w:val="0"/>
          <w:numId w:val="1"/>
        </w:numPr>
      </w:pPr>
      <w:r>
        <w:t>Sensibilisierung und Schulung der Beschäftigten zur Informationssicherheit</w:t>
      </w:r>
    </w:p>
    <w:p>
      <w:pPr>
        <w:pStyle w:val="ListBullet"/>
        <w:numPr>
          <w:ilvl w:val="0"/>
          <w:numId w:val="1"/>
        </w:numPr>
      </w:pPr>
      <w:r>
        <w:t>Planung und Konzeption des Managements von Sicherheitsvorfällen („Incidents“) sowie der Notfallvorsorge, einschließlich Notfallkonzepten und Notfallplänen</w:t>
      </w:r>
    </w:p>
    <w:p>
      <w:r>
        <w:t>Sie haben das Recht, in allen für die Informationssicherheit relevanten Themen umfassend informiert zu werden. In allen Fragen der Informationssicherheit haben Sie das Recht, mündliche und schriftliche Stellungnahmen (einschließlich Textform) gegenüber der Unternehmensleitung abzugeben. Während der Dauer Ihrer Bestellung zum ISB haben Sie – ggf. nach vorheriger Abstimmung mit der Unternehmensleitung und dem/der Datenschutzbeauftragten – Zugriff auf die für Ihre Kontroll- und Beratungsaufgaben relevanten IT-Systeme und Informationen des Unternehmens.</w:t>
      </w:r>
    </w:p>
    <w:p>
      <w:r>
        <w:t>Wir wünschen Ihnen für Ihre Tätigkeit viel Erfolg.</w:t>
      </w:r>
    </w:p>
    <w:p>
      <w:r>
        <w:t>[Ort], den [Datum]</w:t>
      </w:r>
    </w:p>
    <w:p>
      <w:pPr>
        <w:pBdr>
          <w:bottom w:val="single" w:sz="6" w:space="1" w:color="auto"/>
        </w:pBdr>
      </w:pPr>
    </w:p>
    <w:p>
      <w:r>
        <w:t>Geschäftsleitung / Unternehmensleitung</w:t>
      </w:r>
      <w:r>
        <w:br/>
      </w:r>
      <w:r>
        <w:t>[Name der vertretungsberechtigten Person]</w:t>
      </w:r>
    </w:p>
    <w:sectPr w:rsidR="005A337A"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30961690">
    <w:abstractNumId w:val="8"/>
  </w:num>
  <w:num w:numId="2" w16cid:durableId="733889861">
    <w:abstractNumId w:val="6"/>
  </w:num>
  <w:num w:numId="3" w16cid:durableId="1015300673">
    <w:abstractNumId w:val="5"/>
  </w:num>
  <w:num w:numId="4" w16cid:durableId="2030792088">
    <w:abstractNumId w:val="4"/>
  </w:num>
  <w:num w:numId="5" w16cid:durableId="159935027">
    <w:abstractNumId w:val="7"/>
  </w:num>
  <w:num w:numId="6" w16cid:durableId="2065374234">
    <w:abstractNumId w:val="3"/>
  </w:num>
  <w:num w:numId="7" w16cid:durableId="1906187093">
    <w:abstractNumId w:val="2"/>
  </w:num>
  <w:num w:numId="8" w16cid:durableId="134184899">
    <w:abstractNumId w:val="1"/>
  </w:num>
  <w:num w:numId="9" w16cid:durableId="2002345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A337A"/>
    <w:rsid w:val="009E3D60"/>
    <w:rsid w:val="00AA1D8D"/>
    <w:rsid w:val="00AB64DB"/>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F4909E"/>
  <w14:defaultImageDpi w14:val="300"/>
  <w15:docId w15:val="{21CC0492-E146-4AB7-B29F-59B306D4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4DB"/>
  </w:style>
  <w:style w:type="paragraph" w:styleId="Heading1">
    <w:name w:val="heading 1"/>
    <w:basedOn w:val="Normal"/>
    <w:next w:val="Normal"/>
    <w:link w:val="Heading1Char"/>
    <w:uiPriority w:val="9"/>
    <w:qFormat/>
    <w:rsid w:val="00AB64D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AB64D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AB64D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AB64DB"/>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AB64DB"/>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AB64DB"/>
    <w:pPr>
      <w:keepNext/>
      <w:keepLines/>
      <w:spacing w:before="40" w:after="0"/>
      <w:outlineLvl w:val="5"/>
    </w:pPr>
  </w:style>
  <w:style w:type="paragraph" w:styleId="Heading7">
    <w:name w:val="heading 7"/>
    <w:basedOn w:val="Normal"/>
    <w:next w:val="Normal"/>
    <w:link w:val="Heading7Char"/>
    <w:uiPriority w:val="9"/>
    <w:semiHidden/>
    <w:unhideWhenUsed/>
    <w:qFormat/>
    <w:rsid w:val="00AB64DB"/>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B64DB"/>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AB64D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AB64DB"/>
    <w:pPr>
      <w:spacing w:after="0" w:line="240" w:lineRule="auto"/>
    </w:pPr>
  </w:style>
  <w:style w:type="character" w:customStyle="1" w:styleId="Heading1Char">
    <w:name w:val="Heading 1 Char"/>
    <w:basedOn w:val="DefaultParagraphFont"/>
    <w:link w:val="Heading1"/>
    <w:uiPriority w:val="9"/>
    <w:rsid w:val="00AB64DB"/>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rsid w:val="00AB64DB"/>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rsid w:val="00AB64DB"/>
    <w:rPr>
      <w:rFonts w:asciiTheme="majorHAnsi" w:eastAsiaTheme="majorEastAsia" w:hAnsiTheme="majorHAnsi" w:cstheme="majorBidi"/>
      <w:color w:val="0D0D0D" w:themeColor="text1" w:themeTint="F2"/>
      <w:sz w:val="24"/>
      <w:szCs w:val="24"/>
    </w:rPr>
  </w:style>
  <w:style w:type="paragraph" w:styleId="Title">
    <w:name w:val="Title"/>
    <w:basedOn w:val="Normal"/>
    <w:next w:val="Normal"/>
    <w:link w:val="TitleChar"/>
    <w:uiPriority w:val="10"/>
    <w:qFormat/>
    <w:rsid w:val="00AB64DB"/>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AB64DB"/>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AB64DB"/>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AB64DB"/>
    <w:rPr>
      <w:color w:val="5A5A5A" w:themeColor="text1" w:themeTint="A5"/>
      <w:spacing w:val="15"/>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AB64DB"/>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AB64DB"/>
    <w:rPr>
      <w:i/>
      <w:iCs/>
      <w:color w:val="404040" w:themeColor="text1" w:themeTint="BF"/>
    </w:rPr>
  </w:style>
  <w:style w:type="character" w:customStyle="1" w:styleId="Heading4Char">
    <w:name w:val="Heading 4 Char"/>
    <w:basedOn w:val="DefaultParagraphFont"/>
    <w:link w:val="Heading4"/>
    <w:uiPriority w:val="9"/>
    <w:semiHidden/>
    <w:rsid w:val="00AB64DB"/>
    <w:rPr>
      <w:i/>
      <w:iCs/>
    </w:rPr>
  </w:style>
  <w:style w:type="character" w:customStyle="1" w:styleId="Heading5Char">
    <w:name w:val="Heading 5 Char"/>
    <w:basedOn w:val="DefaultParagraphFont"/>
    <w:link w:val="Heading5"/>
    <w:uiPriority w:val="9"/>
    <w:semiHidden/>
    <w:rsid w:val="00AB64DB"/>
    <w:rPr>
      <w:color w:val="404040" w:themeColor="text1" w:themeTint="BF"/>
    </w:rPr>
  </w:style>
  <w:style w:type="character" w:customStyle="1" w:styleId="Heading6Char">
    <w:name w:val="Heading 6 Char"/>
    <w:basedOn w:val="DefaultParagraphFont"/>
    <w:link w:val="Heading6"/>
    <w:uiPriority w:val="9"/>
    <w:semiHidden/>
    <w:rsid w:val="00AB64DB"/>
  </w:style>
  <w:style w:type="character" w:customStyle="1" w:styleId="Heading7Char">
    <w:name w:val="Heading 7 Char"/>
    <w:basedOn w:val="DefaultParagraphFont"/>
    <w:link w:val="Heading7"/>
    <w:uiPriority w:val="9"/>
    <w:semiHidden/>
    <w:rsid w:val="00AB64D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B64DB"/>
    <w:rPr>
      <w:color w:val="262626" w:themeColor="text1" w:themeTint="D9"/>
      <w:sz w:val="21"/>
      <w:szCs w:val="21"/>
    </w:rPr>
  </w:style>
  <w:style w:type="character" w:customStyle="1" w:styleId="Heading9Char">
    <w:name w:val="Heading 9 Char"/>
    <w:basedOn w:val="DefaultParagraphFont"/>
    <w:link w:val="Heading9"/>
    <w:uiPriority w:val="9"/>
    <w:semiHidden/>
    <w:rsid w:val="00AB64DB"/>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AB64DB"/>
    <w:pPr>
      <w:spacing w:after="200" w:line="240" w:lineRule="auto"/>
    </w:pPr>
    <w:rPr>
      <w:i/>
      <w:iCs/>
      <w:color w:val="1F497D" w:themeColor="text2"/>
      <w:sz w:val="18"/>
      <w:szCs w:val="18"/>
    </w:rPr>
  </w:style>
  <w:style w:type="character" w:styleId="Strong">
    <w:name w:val="Strong"/>
    <w:basedOn w:val="DefaultParagraphFont"/>
    <w:uiPriority w:val="22"/>
    <w:qFormat/>
    <w:rsid w:val="00AB64DB"/>
    <w:rPr>
      <w:b/>
      <w:bCs/>
      <w:color w:val="auto"/>
    </w:rPr>
  </w:style>
  <w:style w:type="character" w:styleId="Emphasis">
    <w:name w:val="Emphasis"/>
    <w:basedOn w:val="DefaultParagraphFont"/>
    <w:uiPriority w:val="20"/>
    <w:qFormat/>
    <w:rsid w:val="00AB64DB"/>
    <w:rPr>
      <w:i/>
      <w:iCs/>
      <w:color w:val="auto"/>
    </w:rPr>
  </w:style>
  <w:style w:type="paragraph" w:styleId="IntenseQuote">
    <w:name w:val="Intense Quote"/>
    <w:basedOn w:val="Normal"/>
    <w:next w:val="Normal"/>
    <w:link w:val="IntenseQuoteChar"/>
    <w:uiPriority w:val="30"/>
    <w:qFormat/>
    <w:rsid w:val="00AB64D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AB64DB"/>
    <w:rPr>
      <w:i/>
      <w:iCs/>
      <w:color w:val="404040" w:themeColor="text1" w:themeTint="BF"/>
    </w:rPr>
  </w:style>
  <w:style w:type="character" w:styleId="SubtleEmphasis">
    <w:name w:val="Subtle Emphasis"/>
    <w:basedOn w:val="DefaultParagraphFont"/>
    <w:uiPriority w:val="19"/>
    <w:qFormat/>
    <w:rsid w:val="00AB64DB"/>
    <w:rPr>
      <w:i/>
      <w:iCs/>
      <w:color w:val="404040" w:themeColor="text1" w:themeTint="BF"/>
    </w:rPr>
  </w:style>
  <w:style w:type="character" w:styleId="IntenseEmphasis">
    <w:name w:val="Intense Emphasis"/>
    <w:basedOn w:val="DefaultParagraphFont"/>
    <w:uiPriority w:val="21"/>
    <w:qFormat/>
    <w:rsid w:val="00AB64DB"/>
    <w:rPr>
      <w:b/>
      <w:bCs/>
      <w:i/>
      <w:iCs/>
      <w:color w:val="auto"/>
    </w:rPr>
  </w:style>
  <w:style w:type="character" w:styleId="SubtleReference">
    <w:name w:val="Subtle Reference"/>
    <w:basedOn w:val="DefaultParagraphFont"/>
    <w:uiPriority w:val="31"/>
    <w:qFormat/>
    <w:rsid w:val="00AB64DB"/>
    <w:rPr>
      <w:smallCaps/>
      <w:color w:val="404040" w:themeColor="text1" w:themeTint="BF"/>
    </w:rPr>
  </w:style>
  <w:style w:type="character" w:styleId="IntenseReference">
    <w:name w:val="Intense Reference"/>
    <w:basedOn w:val="DefaultParagraphFont"/>
    <w:uiPriority w:val="32"/>
    <w:qFormat/>
    <w:rsid w:val="00AB64DB"/>
    <w:rPr>
      <w:b/>
      <w:bCs/>
      <w:smallCaps/>
      <w:color w:val="404040" w:themeColor="text1" w:themeTint="BF"/>
      <w:spacing w:val="5"/>
    </w:rPr>
  </w:style>
  <w:style w:type="character" w:styleId="BookTitle">
    <w:name w:val="Book Title"/>
    <w:basedOn w:val="DefaultParagraphFont"/>
    <w:uiPriority w:val="33"/>
    <w:qFormat/>
    <w:rsid w:val="00AB64DB"/>
    <w:rPr>
      <w:b/>
      <w:bCs/>
      <w:i/>
      <w:iCs/>
      <w:spacing w:val="5"/>
    </w:rPr>
  </w:style>
  <w:style w:type="paragraph" w:styleId="TOCHeading">
    <w:name w:val="TOC Heading"/>
    <w:basedOn w:val="Heading1"/>
    <w:next w:val="Normal"/>
    <w:uiPriority w:val="39"/>
    <w:semiHidden/>
    <w:unhideWhenUsed/>
    <w:qFormat/>
    <w:rsid w:val="00AB64DB"/>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Santiago Martinez-Avial</cp:lastModifiedBy>
  <cp:revision>2</cp:revision>
  <dcterms:created xsi:type="dcterms:W3CDTF">2013-12-23T23:15:00Z</dcterms:created>
  <dcterms:modified xsi:type="dcterms:W3CDTF">2026-04-14T02:44:00Z</dcterms:modified>
  <cp:category/>
</cp:coreProperties>
</file>